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49ADE" w14:textId="59E8E9A7" w:rsidR="00662CA9" w:rsidRPr="00A52CF7" w:rsidRDefault="00B73C63">
      <w:pPr>
        <w:spacing w:after="60"/>
        <w:jc w:val="center"/>
      </w:pPr>
      <w:r>
        <w:rPr>
          <w:rFonts w:eastAsia="Arial"/>
          <w:b/>
          <w:sz w:val="30"/>
        </w:rPr>
        <w:t>Template module 1 Integrated Diagnostic and Organizational Readiness Form</w:t>
      </w:r>
    </w:p>
    <w:p w14:paraId="3D46252B" w14:textId="54DA5DCA" w:rsidR="00662CA9" w:rsidRPr="00A52CF7" w:rsidRDefault="00662CA9">
      <w:pPr>
        <w:spacing w:after="60"/>
        <w:jc w:val="center"/>
        <w:rPr>
          <w:rFonts w:ascii="Aptos" w:hAnsi="Aptos"/>
        </w:rPr>
      </w:pPr>
    </w:p>
    <w:tbl>
      <w:tblPr>
        <w:tblW w:w="0" w:type="auto"/>
        <w:jc w:val="center"/>
        <w:tblLayout w:type="fixed"/>
        <w:tblLook w:val="04A0" w:firstRow="1" w:lastRow="0" w:firstColumn="1" w:lastColumn="0" w:noHBand="0" w:noVBand="1"/>
      </w:tblPr>
      <w:tblGrid>
        <w:gridCol w:w="10224"/>
      </w:tblGrid>
      <w:tr w:rsidR="00662CA9" w:rsidRPr="00CC6025" w14:paraId="4E33D1B6" w14:textId="77777777">
        <w:trPr>
          <w:jc w:val="center"/>
        </w:trPr>
        <w:tc>
          <w:tcPr>
            <w:tcW w:w="10224" w:type="dxa"/>
            <w:shd w:val="clear" w:color="auto" w:fill="EAF2F8"/>
            <w:vAlign w:val="center"/>
          </w:tcPr>
          <w:p w14:paraId="6F2F70D7" w14:textId="75EC83D3" w:rsidR="00D1157B" w:rsidRPr="00A52CF7" w:rsidRDefault="00654685" w:rsidP="00D1157B">
            <w:pPr>
              <w:spacing w:after="160"/>
              <w:rPr>
                <w:sz w:val="16"/>
                <w:szCs w:val="16"/>
                <w:highlight w:val="green"/>
              </w:rPr>
            </w:pPr>
            <w:r w:rsidRPr="00D1157B">
              <w:rPr>
                <w:rFonts w:ascii="Aptos" w:eastAsia="Arial" w:hAnsi="Aptos"/>
                <w:sz w:val="16"/>
                <w:szCs w:val="16"/>
                <w:highlight w:val="green"/>
              </w:rPr>
              <w:t>Objective: to bring together, in a single working instrument, the internal diagnosis, the assessment of readiness, the mapping of needs and the priority Action plan. The fact sheet is used to decide whether the organization should go ahead with volunteering, under what conditions and with what priorities. When: Before you start the process of communicating volunteering needs. Concluded by: Coordinator. Evidence: Document. Notes: Fill in as a team, based on the current reality, not on what would be ideal with leadership, coordination and people who work directly with the affected activities</w:t>
            </w:r>
            <w:r w:rsidR="00D1157B" w:rsidRPr="00D1157B">
              <w:rPr>
                <w:rFonts w:ascii="Aptos" w:eastAsia="Arial" w:hAnsi="Aptos"/>
                <w:sz w:val="16"/>
                <w:szCs w:val="16"/>
              </w:rPr>
              <w:t>.</w:t>
            </w:r>
          </w:p>
          <w:p w14:paraId="470CB976" w14:textId="0A08D5E1" w:rsidR="00662CA9" w:rsidRPr="00A52CF7" w:rsidRDefault="00662CA9">
            <w:pPr>
              <w:spacing w:after="0"/>
              <w:rPr>
                <w:rFonts w:ascii="Aptos" w:hAnsi="Aptos"/>
                <w:sz w:val="16"/>
                <w:szCs w:val="16"/>
              </w:rPr>
            </w:pPr>
          </w:p>
        </w:tc>
      </w:tr>
    </w:tbl>
    <w:p w14:paraId="02B1082A" w14:textId="7BBE288C" w:rsidR="00662CA9" w:rsidRPr="00A52CF7" w:rsidRDefault="00654685">
      <w:pPr>
        <w:pStyle w:val="Ttulo1"/>
        <w:spacing w:before="0" w:after="60"/>
        <w:rPr>
          <w:rFonts w:ascii="Aptos" w:hAnsi="Aptos"/>
        </w:rPr>
      </w:pPr>
      <w:r w:rsidRPr="00B73C63">
        <w:rPr>
          <w:rFonts w:ascii="Aptos" w:eastAsia="Arial" w:hAnsi="Aptos"/>
        </w:rPr>
        <w:t>A. Context and purpose of volunteering</w:t>
      </w:r>
    </w:p>
    <w:tbl>
      <w:tblPr>
        <w:tblStyle w:val="TabelacomGrelha"/>
        <w:tblW w:w="0" w:type="auto"/>
        <w:jc w:val="center"/>
        <w:tblLook w:val="04A0" w:firstRow="1" w:lastRow="0" w:firstColumn="1" w:lastColumn="0" w:noHBand="0" w:noVBand="1"/>
      </w:tblPr>
      <w:tblGrid>
        <w:gridCol w:w="3168"/>
        <w:gridCol w:w="6480"/>
      </w:tblGrid>
      <w:tr w:rsidR="00662CA9" w:rsidRPr="00B73C63" w14:paraId="37CAC7FE" w14:textId="77777777">
        <w:trPr>
          <w:jc w:val="center"/>
        </w:trPr>
        <w:tc>
          <w:tcPr>
            <w:tcW w:w="3168" w:type="dxa"/>
            <w:shd w:val="clear" w:color="auto" w:fill="D9EAF7"/>
            <w:vAlign w:val="center"/>
          </w:tcPr>
          <w:p w14:paraId="5C92F2B8" w14:textId="77777777" w:rsidR="00662CA9" w:rsidRPr="00B73C63" w:rsidRDefault="00654685">
            <w:pPr>
              <w:rPr>
                <w:rFonts w:ascii="Aptos" w:hAnsi="Aptos"/>
              </w:rPr>
            </w:pPr>
            <w:r w:rsidRPr="00B73C63">
              <w:rPr>
                <w:rFonts w:ascii="Aptos" w:eastAsia="Arial" w:hAnsi="Aptos"/>
                <w:b/>
                <w:sz w:val="20"/>
              </w:rPr>
              <w:t>Organization Name</w:t>
            </w:r>
          </w:p>
        </w:tc>
        <w:tc>
          <w:tcPr>
            <w:tcW w:w="6480" w:type="dxa"/>
            <w:vAlign w:val="center"/>
          </w:tcPr>
          <w:p w14:paraId="0C767748" w14:textId="77777777" w:rsidR="00662CA9" w:rsidRPr="00B73C63" w:rsidRDefault="00654685">
            <w:pPr>
              <w:rPr>
                <w:rFonts w:ascii="Aptos" w:hAnsi="Aptos"/>
              </w:rPr>
            </w:pPr>
            <w:r w:rsidRPr="00B73C63">
              <w:rPr>
                <w:rFonts w:ascii="Aptos" w:eastAsia="Arial" w:hAnsi="Aptos"/>
                <w:sz w:val="20"/>
              </w:rPr>
              <w:t xml:space="preserve"> </w:t>
            </w:r>
          </w:p>
        </w:tc>
      </w:tr>
      <w:tr w:rsidR="00662CA9" w:rsidRPr="00B73C63" w14:paraId="3703A07B" w14:textId="77777777">
        <w:trPr>
          <w:jc w:val="center"/>
        </w:trPr>
        <w:tc>
          <w:tcPr>
            <w:tcW w:w="3168" w:type="dxa"/>
            <w:shd w:val="clear" w:color="auto" w:fill="D9EAF7"/>
            <w:vAlign w:val="center"/>
          </w:tcPr>
          <w:p w14:paraId="79673602" w14:textId="77777777" w:rsidR="00662CA9" w:rsidRPr="00B73C63" w:rsidRDefault="00654685">
            <w:pPr>
              <w:rPr>
                <w:rFonts w:ascii="Aptos" w:hAnsi="Aptos"/>
              </w:rPr>
            </w:pPr>
            <w:r w:rsidRPr="00B73C63">
              <w:rPr>
                <w:rFonts w:ascii="Aptos" w:eastAsia="Arial" w:hAnsi="Aptos"/>
                <w:b/>
                <w:sz w:val="20"/>
              </w:rPr>
              <w:t>Brief description of the organization</w:t>
            </w:r>
          </w:p>
        </w:tc>
        <w:tc>
          <w:tcPr>
            <w:tcW w:w="6480" w:type="dxa"/>
            <w:vAlign w:val="center"/>
          </w:tcPr>
          <w:p w14:paraId="078FE9A9" w14:textId="77777777" w:rsidR="00662CA9" w:rsidRPr="00B73C63" w:rsidRDefault="00654685">
            <w:pPr>
              <w:rPr>
                <w:rFonts w:ascii="Aptos" w:hAnsi="Aptos"/>
              </w:rPr>
            </w:pPr>
            <w:r w:rsidRPr="00B73C63">
              <w:rPr>
                <w:rFonts w:ascii="Aptos" w:eastAsia="Arial" w:hAnsi="Aptos"/>
                <w:sz w:val="20"/>
              </w:rPr>
              <w:t xml:space="preserve"> </w:t>
            </w:r>
          </w:p>
        </w:tc>
      </w:tr>
      <w:tr w:rsidR="00662CA9" w:rsidRPr="00CC6025" w14:paraId="6F033022" w14:textId="77777777">
        <w:trPr>
          <w:jc w:val="center"/>
        </w:trPr>
        <w:tc>
          <w:tcPr>
            <w:tcW w:w="3168" w:type="dxa"/>
            <w:shd w:val="clear" w:color="auto" w:fill="D9EAF7"/>
            <w:vAlign w:val="center"/>
          </w:tcPr>
          <w:p w14:paraId="21306F58" w14:textId="77777777" w:rsidR="00662CA9" w:rsidRPr="00A52CF7" w:rsidRDefault="00654685">
            <w:pPr>
              <w:rPr>
                <w:rFonts w:ascii="Aptos" w:hAnsi="Aptos"/>
              </w:rPr>
            </w:pPr>
            <w:r w:rsidRPr="00B73C63">
              <w:rPr>
                <w:rFonts w:ascii="Aptos" w:eastAsia="Arial" w:hAnsi="Aptos"/>
                <w:b/>
                <w:sz w:val="20"/>
              </w:rPr>
              <w:t>Main mission and target groups</w:t>
            </w:r>
          </w:p>
        </w:tc>
        <w:tc>
          <w:tcPr>
            <w:tcW w:w="6480" w:type="dxa"/>
            <w:vAlign w:val="center"/>
          </w:tcPr>
          <w:p w14:paraId="5A2C4295" w14:textId="77777777" w:rsidR="00662CA9" w:rsidRPr="00A52CF7" w:rsidRDefault="00654685">
            <w:pPr>
              <w:rPr>
                <w:rFonts w:ascii="Aptos" w:hAnsi="Aptos"/>
              </w:rPr>
            </w:pPr>
            <w:r w:rsidRPr="00B73C63">
              <w:rPr>
                <w:rFonts w:ascii="Aptos" w:eastAsia="Arial" w:hAnsi="Aptos"/>
                <w:sz w:val="20"/>
              </w:rPr>
              <w:t xml:space="preserve"> </w:t>
            </w:r>
          </w:p>
        </w:tc>
      </w:tr>
      <w:tr w:rsidR="00662CA9" w:rsidRPr="00B73C63" w14:paraId="715FC96A" w14:textId="77777777">
        <w:trPr>
          <w:jc w:val="center"/>
        </w:trPr>
        <w:tc>
          <w:tcPr>
            <w:tcW w:w="3168" w:type="dxa"/>
            <w:shd w:val="clear" w:color="auto" w:fill="D9EAF7"/>
            <w:vAlign w:val="center"/>
          </w:tcPr>
          <w:p w14:paraId="685A78AB" w14:textId="77777777" w:rsidR="00662CA9" w:rsidRPr="00B73C63" w:rsidRDefault="00654685">
            <w:pPr>
              <w:rPr>
                <w:rFonts w:ascii="Aptos" w:hAnsi="Aptos"/>
              </w:rPr>
            </w:pPr>
            <w:r w:rsidRPr="00B73C63">
              <w:rPr>
                <w:rFonts w:ascii="Aptos" w:eastAsia="Arial" w:hAnsi="Aptos"/>
                <w:b/>
                <w:sz w:val="20"/>
              </w:rPr>
              <w:t>Because we want to involve volunteers</w:t>
            </w:r>
          </w:p>
        </w:tc>
        <w:tc>
          <w:tcPr>
            <w:tcW w:w="6480" w:type="dxa"/>
            <w:vAlign w:val="center"/>
          </w:tcPr>
          <w:p w14:paraId="71D41CBF" w14:textId="77777777" w:rsidR="00662CA9" w:rsidRPr="00B73C63" w:rsidRDefault="00654685">
            <w:pPr>
              <w:rPr>
                <w:rFonts w:ascii="Aptos" w:hAnsi="Aptos"/>
              </w:rPr>
            </w:pPr>
            <w:r w:rsidRPr="00B73C63">
              <w:rPr>
                <w:rFonts w:ascii="Aptos" w:eastAsia="Arial" w:hAnsi="Aptos"/>
                <w:sz w:val="20"/>
              </w:rPr>
              <w:t xml:space="preserve"> </w:t>
            </w:r>
          </w:p>
        </w:tc>
      </w:tr>
    </w:tbl>
    <w:p w14:paraId="5BAA5959" w14:textId="77777777" w:rsidR="00445278" w:rsidRPr="00B73C63" w:rsidRDefault="00445278">
      <w:pPr>
        <w:pStyle w:val="Ttulo1"/>
        <w:spacing w:before="0" w:after="60"/>
        <w:rPr>
          <w:rFonts w:ascii="Aptos" w:eastAsia="Arial" w:hAnsi="Aptos"/>
        </w:rPr>
      </w:pPr>
    </w:p>
    <w:p w14:paraId="4CE91F5E" w14:textId="0877D8CC" w:rsidR="00B8574F" w:rsidRPr="00A52CF7" w:rsidRDefault="00654685" w:rsidP="00B8574F">
      <w:pPr>
        <w:pStyle w:val="Ttulo1"/>
        <w:spacing w:before="0" w:after="60"/>
        <w:rPr>
          <w:rFonts w:ascii="Aptos" w:hAnsi="Aptos"/>
        </w:rPr>
      </w:pPr>
      <w:r w:rsidRPr="00B73C63">
        <w:rPr>
          <w:rFonts w:ascii="Aptos" w:eastAsia="Arial" w:hAnsi="Aptos"/>
        </w:rPr>
        <w:t xml:space="preserve">B. Assessment of the organization's readiness </w:t>
      </w:r>
    </w:p>
    <w:tbl>
      <w:tblPr>
        <w:tblStyle w:val="TabelacomGrelha"/>
        <w:tblW w:w="0" w:type="auto"/>
        <w:jc w:val="center"/>
        <w:tblLook w:val="04A0" w:firstRow="1" w:lastRow="0" w:firstColumn="1" w:lastColumn="0" w:noHBand="0" w:noVBand="1"/>
      </w:tblPr>
      <w:tblGrid>
        <w:gridCol w:w="2267"/>
        <w:gridCol w:w="1312"/>
        <w:gridCol w:w="1699"/>
        <w:gridCol w:w="1724"/>
        <w:gridCol w:w="1039"/>
        <w:gridCol w:w="1259"/>
        <w:gridCol w:w="914"/>
      </w:tblGrid>
      <w:tr w:rsidR="00410D3A" w:rsidRPr="00B73C63" w14:paraId="66C9B1FE" w14:textId="77777777" w:rsidTr="00410D3A">
        <w:trPr>
          <w:jc w:val="center"/>
        </w:trPr>
        <w:tc>
          <w:tcPr>
            <w:tcW w:w="2343" w:type="dxa"/>
            <w:shd w:val="clear" w:color="auto" w:fill="D9EAF7"/>
            <w:vAlign w:val="center"/>
          </w:tcPr>
          <w:p w14:paraId="266541FA" w14:textId="6176997B" w:rsidR="00410D3A" w:rsidRPr="00B73C63" w:rsidRDefault="00410D3A" w:rsidP="00E40FDD">
            <w:pPr>
              <w:rPr>
                <w:rFonts w:ascii="Aptos" w:hAnsi="Aptos"/>
              </w:rPr>
            </w:pPr>
            <w:r w:rsidRPr="00B73C63">
              <w:rPr>
                <w:rFonts w:ascii="Aptos" w:eastAsia="Arial" w:hAnsi="Aptos"/>
                <w:b/>
                <w:sz w:val="17"/>
              </w:rPr>
              <w:t>Dimension / Area</w:t>
            </w:r>
          </w:p>
        </w:tc>
        <w:tc>
          <w:tcPr>
            <w:tcW w:w="1336" w:type="dxa"/>
            <w:shd w:val="clear" w:color="auto" w:fill="D9EAF7"/>
          </w:tcPr>
          <w:p w14:paraId="64D1D321" w14:textId="7D3FEBB7" w:rsidR="00410D3A" w:rsidRPr="00A52CF7" w:rsidRDefault="00B73C63" w:rsidP="00410D3A">
            <w:pPr>
              <w:spacing w:after="60"/>
              <w:rPr>
                <w:rFonts w:ascii="Aptos" w:eastAsia="Arial" w:hAnsi="Aptos"/>
                <w:b/>
                <w:sz w:val="17"/>
              </w:rPr>
            </w:pPr>
            <w:r w:rsidRPr="00B73C63">
              <w:rPr>
                <w:rFonts w:ascii="Aptos" w:eastAsia="Arial" w:hAnsi="Aptos"/>
                <w:b/>
                <w:sz w:val="17"/>
              </w:rPr>
              <w:t xml:space="preserve">Scoring </w:t>
            </w:r>
          </w:p>
          <w:p w14:paraId="5381A6E5" w14:textId="5584DAFC" w:rsidR="00410D3A" w:rsidRPr="00A52CF7" w:rsidRDefault="00410D3A" w:rsidP="00410D3A">
            <w:pPr>
              <w:spacing w:after="60"/>
              <w:rPr>
                <w:rFonts w:ascii="Aptos" w:hAnsi="Aptos"/>
                <w:sz w:val="12"/>
                <w:szCs w:val="12"/>
              </w:rPr>
            </w:pPr>
            <w:r w:rsidRPr="00B73C63">
              <w:rPr>
                <w:rFonts w:ascii="Aptos" w:eastAsia="Arial" w:hAnsi="Aptos"/>
                <w:b/>
                <w:sz w:val="12"/>
                <w:szCs w:val="12"/>
              </w:rPr>
              <w:t>(</w:t>
            </w:r>
            <w:r w:rsidRPr="00B73C63">
              <w:rPr>
                <w:rFonts w:ascii="Aptos" w:eastAsia="Arial" w:hAnsi="Aptos"/>
                <w:sz w:val="12"/>
                <w:szCs w:val="12"/>
              </w:rPr>
              <w:t>1 = non-existent, 2 = partial, 3 = mostly, 4 = fully implemented.)</w:t>
            </w:r>
          </w:p>
        </w:tc>
        <w:tc>
          <w:tcPr>
            <w:tcW w:w="1751" w:type="dxa"/>
            <w:shd w:val="clear" w:color="auto" w:fill="D9EAF7"/>
            <w:vAlign w:val="center"/>
          </w:tcPr>
          <w:p w14:paraId="15A0CBB8" w14:textId="59B0177B" w:rsidR="00410D3A" w:rsidRPr="00B73C63" w:rsidRDefault="00410D3A" w:rsidP="00E40FDD">
            <w:pPr>
              <w:rPr>
                <w:rFonts w:ascii="Aptos" w:hAnsi="Aptos"/>
                <w:lang w:val="pt-PT"/>
              </w:rPr>
            </w:pPr>
            <w:r w:rsidRPr="00B73C63">
              <w:rPr>
                <w:rFonts w:ascii="Aptos" w:eastAsia="Arial" w:hAnsi="Aptos"/>
                <w:b/>
                <w:sz w:val="17"/>
              </w:rPr>
              <w:t>Gap/need</w:t>
            </w:r>
          </w:p>
        </w:tc>
        <w:tc>
          <w:tcPr>
            <w:tcW w:w="1782" w:type="dxa"/>
            <w:shd w:val="clear" w:color="auto" w:fill="D9EAF7"/>
            <w:vAlign w:val="center"/>
          </w:tcPr>
          <w:p w14:paraId="54B418A6" w14:textId="0662831C" w:rsidR="00410D3A" w:rsidRPr="00B73C63" w:rsidRDefault="00410D3A" w:rsidP="00E40FDD">
            <w:pPr>
              <w:rPr>
                <w:rFonts w:ascii="Aptos" w:hAnsi="Aptos"/>
              </w:rPr>
            </w:pPr>
            <w:r w:rsidRPr="00B73C63">
              <w:rPr>
                <w:rFonts w:ascii="Aptos" w:eastAsia="Arial" w:hAnsi="Aptos"/>
                <w:b/>
                <w:sz w:val="17"/>
              </w:rPr>
              <w:t>Action Required</w:t>
            </w:r>
          </w:p>
        </w:tc>
        <w:tc>
          <w:tcPr>
            <w:tcW w:w="1058" w:type="dxa"/>
            <w:shd w:val="clear" w:color="auto" w:fill="D9EAF7"/>
            <w:vAlign w:val="center"/>
          </w:tcPr>
          <w:p w14:paraId="1C228B19" w14:textId="77777777" w:rsidR="00410D3A" w:rsidRPr="00B73C63" w:rsidRDefault="00410D3A" w:rsidP="00E40FDD">
            <w:pPr>
              <w:rPr>
                <w:rFonts w:ascii="Aptos" w:hAnsi="Aptos"/>
              </w:rPr>
            </w:pPr>
            <w:r w:rsidRPr="00B73C63">
              <w:rPr>
                <w:rFonts w:ascii="Aptos" w:eastAsia="Arial" w:hAnsi="Aptos"/>
                <w:b/>
                <w:sz w:val="17"/>
              </w:rPr>
              <w:t>Priority</w:t>
            </w:r>
          </w:p>
        </w:tc>
        <w:tc>
          <w:tcPr>
            <w:tcW w:w="1265" w:type="dxa"/>
            <w:shd w:val="clear" w:color="auto" w:fill="D9EAF7"/>
            <w:vAlign w:val="center"/>
          </w:tcPr>
          <w:p w14:paraId="743EFC0B" w14:textId="77777777" w:rsidR="00410D3A" w:rsidRPr="00B73C63" w:rsidRDefault="00410D3A" w:rsidP="00E40FDD">
            <w:pPr>
              <w:rPr>
                <w:rFonts w:ascii="Aptos" w:hAnsi="Aptos"/>
              </w:rPr>
            </w:pPr>
            <w:r w:rsidRPr="00B73C63">
              <w:rPr>
                <w:rFonts w:ascii="Aptos" w:eastAsia="Arial" w:hAnsi="Aptos"/>
                <w:b/>
                <w:sz w:val="17"/>
              </w:rPr>
              <w:t>Responsible</w:t>
            </w:r>
          </w:p>
        </w:tc>
        <w:tc>
          <w:tcPr>
            <w:tcW w:w="679" w:type="dxa"/>
            <w:shd w:val="clear" w:color="auto" w:fill="D9EAF7"/>
            <w:vAlign w:val="center"/>
          </w:tcPr>
          <w:p w14:paraId="2F583A84" w14:textId="77777777" w:rsidR="00410D3A" w:rsidRPr="00B73C63" w:rsidRDefault="00410D3A" w:rsidP="00E40FDD">
            <w:pPr>
              <w:rPr>
                <w:rFonts w:ascii="Aptos" w:hAnsi="Aptos"/>
              </w:rPr>
            </w:pPr>
            <w:r w:rsidRPr="00B73C63">
              <w:rPr>
                <w:rFonts w:ascii="Aptos" w:eastAsia="Arial" w:hAnsi="Aptos"/>
                <w:b/>
                <w:sz w:val="17"/>
              </w:rPr>
              <w:t>Deadline</w:t>
            </w:r>
          </w:p>
        </w:tc>
      </w:tr>
      <w:tr w:rsidR="00410D3A" w:rsidRPr="00CC6025" w14:paraId="451FFC70" w14:textId="77777777" w:rsidTr="00410D3A">
        <w:trPr>
          <w:jc w:val="center"/>
        </w:trPr>
        <w:tc>
          <w:tcPr>
            <w:tcW w:w="2343" w:type="dxa"/>
            <w:vAlign w:val="center"/>
          </w:tcPr>
          <w:p w14:paraId="6C6A2456" w14:textId="4482DF37" w:rsidR="00410D3A" w:rsidRPr="00A52CF7" w:rsidRDefault="00410D3A" w:rsidP="00B8574F">
            <w:pPr>
              <w:spacing w:after="80" w:line="259" w:lineRule="auto"/>
              <w:rPr>
                <w:rFonts w:ascii="Aptos" w:eastAsia="Arial" w:hAnsi="Aptos"/>
                <w:sz w:val="20"/>
              </w:rPr>
            </w:pPr>
            <w:r w:rsidRPr="00B73C63">
              <w:rPr>
                <w:rFonts w:ascii="Aptos" w:eastAsia="Arial" w:hAnsi="Aptos"/>
                <w:sz w:val="20"/>
              </w:rPr>
              <w:t xml:space="preserve">Strategic </w:t>
            </w:r>
          </w:p>
          <w:p w14:paraId="546DF1ED" w14:textId="20C31D60" w:rsidR="00410D3A" w:rsidRPr="00A52CF7" w:rsidRDefault="00410D3A" w:rsidP="00B8574F">
            <w:pPr>
              <w:spacing w:after="80" w:line="259" w:lineRule="auto"/>
              <w:rPr>
                <w:rFonts w:ascii="Aptos" w:eastAsia="Arial" w:hAnsi="Aptos"/>
                <w:sz w:val="20"/>
              </w:rPr>
            </w:pPr>
            <w:r w:rsidRPr="00B73C63">
              <w:rPr>
                <w:rFonts w:ascii="Aptos" w:eastAsia="Arial" w:hAnsi="Aptos"/>
                <w:sz w:val="20"/>
              </w:rPr>
              <w:t>(</w:t>
            </w:r>
            <w:r w:rsidRPr="00B73C63">
              <w:rPr>
                <w:rFonts w:ascii="Aptos" w:eastAsia="Arial" w:hAnsi="Aptos"/>
                <w:sz w:val="16"/>
                <w:szCs w:val="16"/>
              </w:rPr>
              <w:t>Volunteering contributes to the mission and priorities of the organization)</w:t>
            </w:r>
          </w:p>
        </w:tc>
        <w:tc>
          <w:tcPr>
            <w:tcW w:w="1336" w:type="dxa"/>
          </w:tcPr>
          <w:p w14:paraId="1DB27C2B" w14:textId="77777777" w:rsidR="00410D3A" w:rsidRPr="00A52CF7" w:rsidRDefault="00410D3A" w:rsidP="00B8574F">
            <w:pPr>
              <w:rPr>
                <w:rFonts w:ascii="Aptos" w:eastAsia="Arial" w:hAnsi="Aptos"/>
                <w:sz w:val="20"/>
              </w:rPr>
            </w:pPr>
          </w:p>
        </w:tc>
        <w:tc>
          <w:tcPr>
            <w:tcW w:w="1751" w:type="dxa"/>
            <w:vAlign w:val="center"/>
          </w:tcPr>
          <w:p w14:paraId="18E6E372" w14:textId="2FEC7788" w:rsidR="00410D3A" w:rsidRPr="00A52CF7" w:rsidRDefault="00410D3A" w:rsidP="00B8574F">
            <w:pPr>
              <w:rPr>
                <w:rFonts w:ascii="Aptos" w:eastAsia="Arial" w:hAnsi="Aptos"/>
                <w:sz w:val="20"/>
              </w:rPr>
            </w:pPr>
          </w:p>
        </w:tc>
        <w:tc>
          <w:tcPr>
            <w:tcW w:w="1782" w:type="dxa"/>
            <w:vAlign w:val="center"/>
          </w:tcPr>
          <w:p w14:paraId="6CB057CA" w14:textId="77777777" w:rsidR="00410D3A" w:rsidRPr="00A52CF7" w:rsidRDefault="00410D3A" w:rsidP="00B8574F">
            <w:pPr>
              <w:rPr>
                <w:rFonts w:ascii="Aptos" w:eastAsia="Arial" w:hAnsi="Aptos"/>
                <w:sz w:val="20"/>
              </w:rPr>
            </w:pPr>
          </w:p>
        </w:tc>
        <w:tc>
          <w:tcPr>
            <w:tcW w:w="1058" w:type="dxa"/>
            <w:vAlign w:val="center"/>
          </w:tcPr>
          <w:p w14:paraId="4424D63F" w14:textId="77777777" w:rsidR="00410D3A" w:rsidRPr="00A52CF7" w:rsidRDefault="00410D3A" w:rsidP="00B8574F">
            <w:pPr>
              <w:rPr>
                <w:rFonts w:ascii="Aptos" w:eastAsia="Arial" w:hAnsi="Aptos"/>
                <w:sz w:val="20"/>
              </w:rPr>
            </w:pPr>
          </w:p>
        </w:tc>
        <w:tc>
          <w:tcPr>
            <w:tcW w:w="1265" w:type="dxa"/>
            <w:vAlign w:val="center"/>
          </w:tcPr>
          <w:p w14:paraId="543BFE16" w14:textId="77777777" w:rsidR="00410D3A" w:rsidRPr="00A52CF7" w:rsidRDefault="00410D3A" w:rsidP="00B8574F">
            <w:pPr>
              <w:rPr>
                <w:rFonts w:ascii="Aptos" w:eastAsia="Arial" w:hAnsi="Aptos"/>
                <w:sz w:val="20"/>
              </w:rPr>
            </w:pPr>
          </w:p>
        </w:tc>
        <w:tc>
          <w:tcPr>
            <w:tcW w:w="679" w:type="dxa"/>
            <w:vAlign w:val="center"/>
          </w:tcPr>
          <w:p w14:paraId="1C8F6B9C" w14:textId="77777777" w:rsidR="00410D3A" w:rsidRPr="00A52CF7" w:rsidRDefault="00410D3A" w:rsidP="00B8574F">
            <w:pPr>
              <w:rPr>
                <w:rFonts w:ascii="Aptos" w:eastAsia="Arial" w:hAnsi="Aptos"/>
                <w:sz w:val="20"/>
              </w:rPr>
            </w:pPr>
          </w:p>
        </w:tc>
      </w:tr>
      <w:tr w:rsidR="00410D3A" w:rsidRPr="00D1157B" w14:paraId="6CD0735B" w14:textId="77777777" w:rsidTr="00410D3A">
        <w:trPr>
          <w:jc w:val="center"/>
        </w:trPr>
        <w:tc>
          <w:tcPr>
            <w:tcW w:w="2343" w:type="dxa"/>
            <w:vAlign w:val="center"/>
          </w:tcPr>
          <w:p w14:paraId="7E5DDBAD" w14:textId="77777777" w:rsidR="00410D3A" w:rsidRPr="00CC6025" w:rsidRDefault="00410D3A" w:rsidP="00B8574F">
            <w:pPr>
              <w:spacing w:after="80" w:line="259" w:lineRule="auto"/>
              <w:rPr>
                <w:rFonts w:ascii="Aptos" w:eastAsia="Arial" w:hAnsi="Aptos"/>
                <w:sz w:val="20"/>
              </w:rPr>
            </w:pPr>
            <w:r w:rsidRPr="00CC6025">
              <w:rPr>
                <w:rFonts w:ascii="Aptos" w:eastAsia="Arial" w:hAnsi="Aptos"/>
                <w:sz w:val="20"/>
              </w:rPr>
              <w:t xml:space="preserve">Cultural </w:t>
            </w:r>
          </w:p>
          <w:p w14:paraId="77243A70" w14:textId="03333D32" w:rsidR="00410D3A" w:rsidRPr="00CC6025" w:rsidRDefault="00410D3A" w:rsidP="00B8574F">
            <w:pPr>
              <w:spacing w:after="80" w:line="259" w:lineRule="auto"/>
              <w:rPr>
                <w:rFonts w:ascii="Aptos" w:eastAsia="Arial" w:hAnsi="Aptos"/>
                <w:sz w:val="20"/>
              </w:rPr>
            </w:pPr>
            <w:r w:rsidRPr="00CC6025">
              <w:rPr>
                <w:rFonts w:ascii="Aptos" w:eastAsia="Arial" w:hAnsi="Aptos"/>
                <w:sz w:val="20"/>
              </w:rPr>
              <w:t>(</w:t>
            </w:r>
            <w:r w:rsidRPr="00CC6025">
              <w:rPr>
                <w:rFonts w:ascii="Aptos" w:eastAsia="Arial" w:hAnsi="Aptos"/>
                <w:sz w:val="16"/>
                <w:szCs w:val="16"/>
              </w:rPr>
              <w:t xml:space="preserve">Prepared and welcoming team to receive volunteers </w:t>
            </w:r>
            <w:r w:rsidR="00CC6025" w:rsidRPr="00CC6025">
              <w:rPr>
                <w:rFonts w:ascii="Aptos" w:eastAsia="Arial" w:hAnsi="Aptos"/>
                <w:sz w:val="16"/>
                <w:szCs w:val="16"/>
                <w:highlight w:val="green"/>
              </w:rPr>
              <w:t>with people from different cultural, linguistic or religious backgrounds? Are cultural assumptions ever discussed openly?)</w:t>
            </w:r>
          </w:p>
        </w:tc>
        <w:tc>
          <w:tcPr>
            <w:tcW w:w="1336" w:type="dxa"/>
          </w:tcPr>
          <w:p w14:paraId="63FB94B3" w14:textId="77777777" w:rsidR="00410D3A" w:rsidRPr="00CC6025" w:rsidRDefault="00410D3A" w:rsidP="00B8574F">
            <w:pPr>
              <w:rPr>
                <w:rFonts w:ascii="Aptos" w:eastAsia="Arial" w:hAnsi="Aptos"/>
                <w:sz w:val="20"/>
              </w:rPr>
            </w:pPr>
          </w:p>
        </w:tc>
        <w:tc>
          <w:tcPr>
            <w:tcW w:w="1751" w:type="dxa"/>
            <w:vAlign w:val="center"/>
          </w:tcPr>
          <w:p w14:paraId="43E2CE27" w14:textId="63523657" w:rsidR="00410D3A" w:rsidRPr="00CC6025" w:rsidRDefault="00410D3A" w:rsidP="00B8574F">
            <w:pPr>
              <w:rPr>
                <w:rFonts w:ascii="Aptos" w:eastAsia="Arial" w:hAnsi="Aptos"/>
                <w:sz w:val="20"/>
              </w:rPr>
            </w:pPr>
          </w:p>
        </w:tc>
        <w:tc>
          <w:tcPr>
            <w:tcW w:w="1782" w:type="dxa"/>
            <w:vAlign w:val="center"/>
          </w:tcPr>
          <w:p w14:paraId="6F0B848F" w14:textId="77777777" w:rsidR="00410D3A" w:rsidRPr="00CC6025" w:rsidRDefault="00410D3A" w:rsidP="00B8574F">
            <w:pPr>
              <w:rPr>
                <w:rFonts w:ascii="Aptos" w:eastAsia="Arial" w:hAnsi="Aptos"/>
                <w:sz w:val="20"/>
              </w:rPr>
            </w:pPr>
          </w:p>
        </w:tc>
        <w:tc>
          <w:tcPr>
            <w:tcW w:w="1058" w:type="dxa"/>
            <w:vAlign w:val="center"/>
          </w:tcPr>
          <w:p w14:paraId="27E94C59" w14:textId="77777777" w:rsidR="00410D3A" w:rsidRPr="00CC6025" w:rsidRDefault="00410D3A" w:rsidP="00B8574F">
            <w:pPr>
              <w:rPr>
                <w:rFonts w:ascii="Aptos" w:eastAsia="Arial" w:hAnsi="Aptos"/>
                <w:sz w:val="20"/>
              </w:rPr>
            </w:pPr>
          </w:p>
        </w:tc>
        <w:tc>
          <w:tcPr>
            <w:tcW w:w="1265" w:type="dxa"/>
            <w:vAlign w:val="center"/>
          </w:tcPr>
          <w:p w14:paraId="3C22C979" w14:textId="77777777" w:rsidR="00410D3A" w:rsidRPr="00CC6025" w:rsidRDefault="00410D3A" w:rsidP="00B8574F">
            <w:pPr>
              <w:rPr>
                <w:rFonts w:ascii="Aptos" w:eastAsia="Arial" w:hAnsi="Aptos"/>
                <w:sz w:val="20"/>
              </w:rPr>
            </w:pPr>
          </w:p>
        </w:tc>
        <w:tc>
          <w:tcPr>
            <w:tcW w:w="679" w:type="dxa"/>
            <w:vAlign w:val="center"/>
          </w:tcPr>
          <w:p w14:paraId="1D980A50" w14:textId="77777777" w:rsidR="00410D3A" w:rsidRPr="00CC6025" w:rsidRDefault="00410D3A" w:rsidP="00B8574F">
            <w:pPr>
              <w:rPr>
                <w:rFonts w:ascii="Aptos" w:eastAsia="Arial" w:hAnsi="Aptos"/>
                <w:sz w:val="20"/>
              </w:rPr>
            </w:pPr>
          </w:p>
        </w:tc>
      </w:tr>
      <w:tr w:rsidR="00410D3A" w:rsidRPr="00B73C63" w14:paraId="66051BA5" w14:textId="77777777" w:rsidTr="00410D3A">
        <w:trPr>
          <w:jc w:val="center"/>
        </w:trPr>
        <w:tc>
          <w:tcPr>
            <w:tcW w:w="2343" w:type="dxa"/>
            <w:vAlign w:val="center"/>
          </w:tcPr>
          <w:p w14:paraId="62BE4785" w14:textId="77777777" w:rsidR="00410D3A" w:rsidRPr="00A52CF7" w:rsidRDefault="00410D3A" w:rsidP="00B8574F">
            <w:pPr>
              <w:spacing w:after="80" w:line="259" w:lineRule="auto"/>
              <w:rPr>
                <w:rFonts w:ascii="Aptos" w:hAnsi="Aptos"/>
              </w:rPr>
            </w:pPr>
            <w:r w:rsidRPr="00B73C63">
              <w:rPr>
                <w:rFonts w:ascii="Aptos" w:eastAsia="Arial" w:hAnsi="Aptos"/>
                <w:sz w:val="20"/>
              </w:rPr>
              <w:t xml:space="preserve">Human resources </w:t>
            </w:r>
            <w:r w:rsidRPr="00B73C63">
              <w:rPr>
                <w:rFonts w:ascii="Aptos" w:hAnsi="Aptos"/>
                <w:sz w:val="16"/>
                <w:szCs w:val="16"/>
              </w:rPr>
              <w:t xml:space="preserve">(Staff time, coordinator capacity, availability of supervision) </w:t>
            </w:r>
          </w:p>
        </w:tc>
        <w:tc>
          <w:tcPr>
            <w:tcW w:w="1336" w:type="dxa"/>
          </w:tcPr>
          <w:p w14:paraId="079CA749" w14:textId="77777777" w:rsidR="00410D3A" w:rsidRPr="00A52CF7" w:rsidRDefault="00410D3A" w:rsidP="00B8574F">
            <w:pPr>
              <w:rPr>
                <w:rFonts w:ascii="Aptos" w:eastAsia="Arial" w:hAnsi="Aptos"/>
                <w:sz w:val="20"/>
              </w:rPr>
            </w:pPr>
          </w:p>
        </w:tc>
        <w:tc>
          <w:tcPr>
            <w:tcW w:w="1751" w:type="dxa"/>
            <w:vAlign w:val="center"/>
          </w:tcPr>
          <w:p w14:paraId="38CAA8E3" w14:textId="458482D9" w:rsidR="00410D3A" w:rsidRPr="00A52CF7" w:rsidRDefault="00410D3A" w:rsidP="00B8574F">
            <w:pPr>
              <w:rPr>
                <w:rFonts w:ascii="Aptos" w:hAnsi="Aptos"/>
              </w:rPr>
            </w:pPr>
            <w:r w:rsidRPr="00B73C63">
              <w:rPr>
                <w:rFonts w:ascii="Aptos" w:eastAsia="Arial" w:hAnsi="Aptos"/>
                <w:sz w:val="20"/>
              </w:rPr>
              <w:t xml:space="preserve"> </w:t>
            </w:r>
          </w:p>
        </w:tc>
        <w:tc>
          <w:tcPr>
            <w:tcW w:w="1782" w:type="dxa"/>
            <w:vAlign w:val="center"/>
          </w:tcPr>
          <w:p w14:paraId="51BDD1B3" w14:textId="77777777" w:rsidR="00410D3A" w:rsidRPr="00A52CF7" w:rsidRDefault="00410D3A" w:rsidP="00B8574F">
            <w:pPr>
              <w:rPr>
                <w:rFonts w:ascii="Aptos" w:hAnsi="Aptos"/>
              </w:rPr>
            </w:pPr>
            <w:r w:rsidRPr="00B73C63">
              <w:rPr>
                <w:rFonts w:ascii="Aptos" w:eastAsia="Arial" w:hAnsi="Aptos"/>
                <w:sz w:val="20"/>
              </w:rPr>
              <w:t xml:space="preserve"> </w:t>
            </w:r>
          </w:p>
        </w:tc>
        <w:tc>
          <w:tcPr>
            <w:tcW w:w="1058" w:type="dxa"/>
            <w:vAlign w:val="center"/>
          </w:tcPr>
          <w:p w14:paraId="7A229392" w14:textId="77777777" w:rsidR="00410D3A" w:rsidRPr="00B73C63" w:rsidRDefault="00410D3A" w:rsidP="00B8574F">
            <w:pPr>
              <w:rPr>
                <w:rFonts w:ascii="Aptos" w:hAnsi="Aptos"/>
              </w:rPr>
            </w:pPr>
            <w:r w:rsidRPr="00B73C63">
              <w:rPr>
                <w:rFonts w:ascii="Aptos" w:eastAsia="Arial" w:hAnsi="Aptos"/>
                <w:sz w:val="20"/>
              </w:rPr>
              <w:t>H/M/L</w:t>
            </w:r>
          </w:p>
        </w:tc>
        <w:tc>
          <w:tcPr>
            <w:tcW w:w="1265" w:type="dxa"/>
            <w:vAlign w:val="center"/>
          </w:tcPr>
          <w:p w14:paraId="1B843630" w14:textId="77777777" w:rsidR="00410D3A" w:rsidRPr="00B73C63" w:rsidRDefault="00410D3A" w:rsidP="00B8574F">
            <w:pPr>
              <w:rPr>
                <w:rFonts w:ascii="Aptos" w:hAnsi="Aptos"/>
              </w:rPr>
            </w:pPr>
            <w:r w:rsidRPr="00B73C63">
              <w:rPr>
                <w:rFonts w:ascii="Aptos" w:eastAsia="Arial" w:hAnsi="Aptos"/>
                <w:sz w:val="20"/>
              </w:rPr>
              <w:t xml:space="preserve"> </w:t>
            </w:r>
          </w:p>
        </w:tc>
        <w:tc>
          <w:tcPr>
            <w:tcW w:w="679" w:type="dxa"/>
            <w:vAlign w:val="center"/>
          </w:tcPr>
          <w:p w14:paraId="3A1F8383" w14:textId="77777777" w:rsidR="00410D3A" w:rsidRPr="00B73C63" w:rsidRDefault="00410D3A" w:rsidP="00B8574F">
            <w:pPr>
              <w:rPr>
                <w:rFonts w:ascii="Aptos" w:hAnsi="Aptos"/>
              </w:rPr>
            </w:pPr>
            <w:r w:rsidRPr="00B73C63">
              <w:rPr>
                <w:rFonts w:ascii="Aptos" w:eastAsia="Arial" w:hAnsi="Aptos"/>
                <w:sz w:val="20"/>
              </w:rPr>
              <w:t xml:space="preserve"> </w:t>
            </w:r>
          </w:p>
        </w:tc>
      </w:tr>
      <w:tr w:rsidR="00410D3A" w:rsidRPr="00B73C63" w14:paraId="2E9597D8" w14:textId="77777777" w:rsidTr="00410D3A">
        <w:trPr>
          <w:jc w:val="center"/>
        </w:trPr>
        <w:tc>
          <w:tcPr>
            <w:tcW w:w="2343" w:type="dxa"/>
            <w:vAlign w:val="center"/>
          </w:tcPr>
          <w:p w14:paraId="6D0267B9" w14:textId="77777777" w:rsidR="00410D3A" w:rsidRPr="00A52CF7" w:rsidRDefault="00410D3A" w:rsidP="00B8574F">
            <w:pPr>
              <w:rPr>
                <w:rFonts w:ascii="Aptos" w:hAnsi="Aptos"/>
              </w:rPr>
            </w:pPr>
            <w:r w:rsidRPr="00B73C63">
              <w:rPr>
                <w:rFonts w:ascii="Aptos" w:eastAsia="Arial" w:hAnsi="Aptos"/>
                <w:sz w:val="20"/>
              </w:rPr>
              <w:t>Financial resources (</w:t>
            </w:r>
            <w:r w:rsidRPr="00B73C63">
              <w:rPr>
                <w:rFonts w:ascii="Aptos" w:hAnsi="Aptos"/>
                <w:sz w:val="16"/>
                <w:szCs w:val="16"/>
              </w:rPr>
              <w:t>Budget for volunteer support, expenses, training and materials)</w:t>
            </w:r>
          </w:p>
        </w:tc>
        <w:tc>
          <w:tcPr>
            <w:tcW w:w="1336" w:type="dxa"/>
          </w:tcPr>
          <w:p w14:paraId="3076109A" w14:textId="77777777" w:rsidR="00410D3A" w:rsidRPr="00A52CF7" w:rsidRDefault="00410D3A" w:rsidP="00B8574F">
            <w:pPr>
              <w:rPr>
                <w:rFonts w:ascii="Aptos" w:eastAsia="Arial" w:hAnsi="Aptos"/>
                <w:sz w:val="20"/>
              </w:rPr>
            </w:pPr>
          </w:p>
        </w:tc>
        <w:tc>
          <w:tcPr>
            <w:tcW w:w="1751" w:type="dxa"/>
            <w:vAlign w:val="center"/>
          </w:tcPr>
          <w:p w14:paraId="10521BCC" w14:textId="1FCA56F1" w:rsidR="00410D3A" w:rsidRPr="00A52CF7" w:rsidRDefault="00410D3A" w:rsidP="00B8574F">
            <w:pPr>
              <w:rPr>
                <w:rFonts w:ascii="Aptos" w:hAnsi="Aptos"/>
              </w:rPr>
            </w:pPr>
            <w:r w:rsidRPr="00B73C63">
              <w:rPr>
                <w:rFonts w:ascii="Aptos" w:eastAsia="Arial" w:hAnsi="Aptos"/>
                <w:sz w:val="20"/>
              </w:rPr>
              <w:t xml:space="preserve"> </w:t>
            </w:r>
          </w:p>
        </w:tc>
        <w:tc>
          <w:tcPr>
            <w:tcW w:w="1782" w:type="dxa"/>
            <w:vAlign w:val="center"/>
          </w:tcPr>
          <w:p w14:paraId="390110B1" w14:textId="77777777" w:rsidR="00410D3A" w:rsidRPr="00A52CF7" w:rsidRDefault="00410D3A" w:rsidP="00B8574F">
            <w:pPr>
              <w:rPr>
                <w:rFonts w:ascii="Aptos" w:hAnsi="Aptos"/>
              </w:rPr>
            </w:pPr>
            <w:r w:rsidRPr="00B73C63">
              <w:rPr>
                <w:rFonts w:ascii="Aptos" w:eastAsia="Arial" w:hAnsi="Aptos"/>
                <w:sz w:val="20"/>
              </w:rPr>
              <w:t xml:space="preserve"> </w:t>
            </w:r>
          </w:p>
        </w:tc>
        <w:tc>
          <w:tcPr>
            <w:tcW w:w="1058" w:type="dxa"/>
            <w:vAlign w:val="center"/>
          </w:tcPr>
          <w:p w14:paraId="78EA16E3" w14:textId="77777777" w:rsidR="00410D3A" w:rsidRPr="00B73C63" w:rsidRDefault="00410D3A" w:rsidP="00B8574F">
            <w:pPr>
              <w:rPr>
                <w:rFonts w:ascii="Aptos" w:hAnsi="Aptos"/>
              </w:rPr>
            </w:pPr>
            <w:r w:rsidRPr="00B73C63">
              <w:rPr>
                <w:rFonts w:ascii="Aptos" w:eastAsia="Arial" w:hAnsi="Aptos"/>
                <w:sz w:val="20"/>
              </w:rPr>
              <w:t>H/M/L</w:t>
            </w:r>
          </w:p>
        </w:tc>
        <w:tc>
          <w:tcPr>
            <w:tcW w:w="1265" w:type="dxa"/>
            <w:vAlign w:val="center"/>
          </w:tcPr>
          <w:p w14:paraId="477CF255" w14:textId="77777777" w:rsidR="00410D3A" w:rsidRPr="00B73C63" w:rsidRDefault="00410D3A" w:rsidP="00B8574F">
            <w:pPr>
              <w:rPr>
                <w:rFonts w:ascii="Aptos" w:hAnsi="Aptos"/>
              </w:rPr>
            </w:pPr>
            <w:r w:rsidRPr="00B73C63">
              <w:rPr>
                <w:rFonts w:ascii="Aptos" w:eastAsia="Arial" w:hAnsi="Aptos"/>
                <w:sz w:val="20"/>
              </w:rPr>
              <w:t xml:space="preserve"> </w:t>
            </w:r>
          </w:p>
        </w:tc>
        <w:tc>
          <w:tcPr>
            <w:tcW w:w="679" w:type="dxa"/>
            <w:vAlign w:val="center"/>
          </w:tcPr>
          <w:p w14:paraId="1F698810" w14:textId="77777777" w:rsidR="00410D3A" w:rsidRPr="00B73C63" w:rsidRDefault="00410D3A" w:rsidP="00B8574F">
            <w:pPr>
              <w:rPr>
                <w:rFonts w:ascii="Aptos" w:hAnsi="Aptos"/>
              </w:rPr>
            </w:pPr>
            <w:r w:rsidRPr="00B73C63">
              <w:rPr>
                <w:rFonts w:ascii="Aptos" w:eastAsia="Arial" w:hAnsi="Aptos"/>
                <w:sz w:val="20"/>
              </w:rPr>
              <w:t xml:space="preserve"> </w:t>
            </w:r>
          </w:p>
        </w:tc>
      </w:tr>
      <w:tr w:rsidR="00410D3A" w:rsidRPr="00B73C63" w14:paraId="6D1BB51B" w14:textId="77777777" w:rsidTr="00410D3A">
        <w:trPr>
          <w:jc w:val="center"/>
        </w:trPr>
        <w:tc>
          <w:tcPr>
            <w:tcW w:w="2343" w:type="dxa"/>
            <w:vAlign w:val="center"/>
          </w:tcPr>
          <w:p w14:paraId="3BEEFEA1" w14:textId="77777777" w:rsidR="00410D3A" w:rsidRPr="00A52CF7" w:rsidRDefault="00410D3A" w:rsidP="00B8574F">
            <w:pPr>
              <w:rPr>
                <w:rFonts w:ascii="Aptos" w:eastAsia="Arial" w:hAnsi="Aptos"/>
                <w:sz w:val="20"/>
              </w:rPr>
            </w:pPr>
            <w:r w:rsidRPr="00B73C63">
              <w:rPr>
                <w:rFonts w:ascii="Aptos" w:eastAsia="Arial" w:hAnsi="Aptos"/>
                <w:sz w:val="20"/>
              </w:rPr>
              <w:t>Structural and legal</w:t>
            </w:r>
          </w:p>
          <w:p w14:paraId="5AAB3310" w14:textId="77777777" w:rsidR="00410D3A" w:rsidRPr="00A52CF7" w:rsidRDefault="00410D3A" w:rsidP="00B8574F">
            <w:pPr>
              <w:spacing w:after="80" w:line="259" w:lineRule="auto"/>
              <w:rPr>
                <w:rFonts w:ascii="Aptos" w:hAnsi="Aptos"/>
                <w:sz w:val="16"/>
                <w:szCs w:val="16"/>
              </w:rPr>
            </w:pPr>
            <w:r w:rsidRPr="00B73C63">
              <w:rPr>
                <w:rFonts w:ascii="Aptos" w:hAnsi="Aptos"/>
                <w:sz w:val="16"/>
                <w:szCs w:val="16"/>
              </w:rPr>
              <w:t>(Policies, insurance, volunteer agreements, data protection, protection)</w:t>
            </w:r>
          </w:p>
        </w:tc>
        <w:tc>
          <w:tcPr>
            <w:tcW w:w="1336" w:type="dxa"/>
          </w:tcPr>
          <w:p w14:paraId="709E3412" w14:textId="77777777" w:rsidR="00410D3A" w:rsidRPr="00A52CF7" w:rsidRDefault="00410D3A" w:rsidP="00B8574F">
            <w:pPr>
              <w:rPr>
                <w:rFonts w:ascii="Aptos" w:eastAsia="Arial" w:hAnsi="Aptos"/>
                <w:sz w:val="20"/>
              </w:rPr>
            </w:pPr>
          </w:p>
        </w:tc>
        <w:tc>
          <w:tcPr>
            <w:tcW w:w="1751" w:type="dxa"/>
            <w:vAlign w:val="center"/>
          </w:tcPr>
          <w:p w14:paraId="74D2DF13" w14:textId="3C67AE80" w:rsidR="00410D3A" w:rsidRPr="00A52CF7" w:rsidRDefault="00410D3A" w:rsidP="00B8574F">
            <w:pPr>
              <w:rPr>
                <w:rFonts w:ascii="Aptos" w:hAnsi="Aptos"/>
              </w:rPr>
            </w:pPr>
            <w:r w:rsidRPr="00B73C63">
              <w:rPr>
                <w:rFonts w:ascii="Aptos" w:eastAsia="Arial" w:hAnsi="Aptos"/>
                <w:sz w:val="20"/>
              </w:rPr>
              <w:t xml:space="preserve"> </w:t>
            </w:r>
          </w:p>
        </w:tc>
        <w:tc>
          <w:tcPr>
            <w:tcW w:w="1782" w:type="dxa"/>
            <w:vAlign w:val="center"/>
          </w:tcPr>
          <w:p w14:paraId="58C4DC2E" w14:textId="77777777" w:rsidR="00410D3A" w:rsidRPr="00A52CF7" w:rsidRDefault="00410D3A" w:rsidP="00B8574F">
            <w:pPr>
              <w:rPr>
                <w:rFonts w:ascii="Aptos" w:hAnsi="Aptos"/>
              </w:rPr>
            </w:pPr>
            <w:r w:rsidRPr="00B73C63">
              <w:rPr>
                <w:rFonts w:ascii="Aptos" w:eastAsia="Arial" w:hAnsi="Aptos"/>
                <w:sz w:val="20"/>
              </w:rPr>
              <w:t xml:space="preserve"> </w:t>
            </w:r>
          </w:p>
        </w:tc>
        <w:tc>
          <w:tcPr>
            <w:tcW w:w="1058" w:type="dxa"/>
            <w:vAlign w:val="center"/>
          </w:tcPr>
          <w:p w14:paraId="133FA95B" w14:textId="77777777" w:rsidR="00410D3A" w:rsidRPr="00B73C63" w:rsidRDefault="00410D3A" w:rsidP="00B8574F">
            <w:pPr>
              <w:rPr>
                <w:rFonts w:ascii="Aptos" w:hAnsi="Aptos"/>
              </w:rPr>
            </w:pPr>
            <w:r w:rsidRPr="00B73C63">
              <w:rPr>
                <w:rFonts w:ascii="Aptos" w:eastAsia="Arial" w:hAnsi="Aptos"/>
                <w:sz w:val="20"/>
              </w:rPr>
              <w:t>H/M/L</w:t>
            </w:r>
          </w:p>
        </w:tc>
        <w:tc>
          <w:tcPr>
            <w:tcW w:w="1265" w:type="dxa"/>
            <w:vAlign w:val="center"/>
          </w:tcPr>
          <w:p w14:paraId="0C50B6F8" w14:textId="77777777" w:rsidR="00410D3A" w:rsidRPr="00B73C63" w:rsidRDefault="00410D3A" w:rsidP="00B8574F">
            <w:pPr>
              <w:rPr>
                <w:rFonts w:ascii="Aptos" w:hAnsi="Aptos"/>
              </w:rPr>
            </w:pPr>
            <w:r w:rsidRPr="00B73C63">
              <w:rPr>
                <w:rFonts w:ascii="Aptos" w:eastAsia="Arial" w:hAnsi="Aptos"/>
                <w:sz w:val="20"/>
              </w:rPr>
              <w:t xml:space="preserve"> </w:t>
            </w:r>
          </w:p>
        </w:tc>
        <w:tc>
          <w:tcPr>
            <w:tcW w:w="679" w:type="dxa"/>
            <w:vAlign w:val="center"/>
          </w:tcPr>
          <w:p w14:paraId="0F87F055" w14:textId="77777777" w:rsidR="00410D3A" w:rsidRPr="00B73C63" w:rsidRDefault="00410D3A" w:rsidP="00B8574F">
            <w:pPr>
              <w:rPr>
                <w:rFonts w:ascii="Aptos" w:hAnsi="Aptos"/>
              </w:rPr>
            </w:pPr>
            <w:r w:rsidRPr="00B73C63">
              <w:rPr>
                <w:rFonts w:ascii="Aptos" w:eastAsia="Arial" w:hAnsi="Aptos"/>
                <w:sz w:val="20"/>
              </w:rPr>
              <w:t xml:space="preserve"> </w:t>
            </w:r>
          </w:p>
        </w:tc>
      </w:tr>
      <w:tr w:rsidR="00410D3A" w:rsidRPr="00B73C63" w14:paraId="5EDE95B8" w14:textId="77777777" w:rsidTr="00410D3A">
        <w:trPr>
          <w:jc w:val="center"/>
        </w:trPr>
        <w:tc>
          <w:tcPr>
            <w:tcW w:w="2343" w:type="dxa"/>
            <w:vAlign w:val="center"/>
          </w:tcPr>
          <w:p w14:paraId="5AFFD0E8" w14:textId="77777777" w:rsidR="00410D3A" w:rsidRPr="00A52CF7" w:rsidRDefault="00410D3A" w:rsidP="00B8574F">
            <w:pPr>
              <w:rPr>
                <w:rFonts w:ascii="Aptos" w:eastAsia="Arial" w:hAnsi="Aptos"/>
                <w:sz w:val="20"/>
              </w:rPr>
            </w:pPr>
            <w:r w:rsidRPr="00B73C63">
              <w:rPr>
                <w:rFonts w:ascii="Aptos" w:eastAsia="Arial" w:hAnsi="Aptos"/>
                <w:sz w:val="20"/>
              </w:rPr>
              <w:t>Material and digital</w:t>
            </w:r>
          </w:p>
          <w:p w14:paraId="22FE371D" w14:textId="77777777" w:rsidR="00410D3A" w:rsidRPr="00A52CF7" w:rsidRDefault="00410D3A" w:rsidP="00B8574F">
            <w:pPr>
              <w:spacing w:after="80" w:line="259" w:lineRule="auto"/>
              <w:rPr>
                <w:rFonts w:ascii="Aptos" w:hAnsi="Aptos"/>
                <w:sz w:val="16"/>
                <w:szCs w:val="16"/>
              </w:rPr>
            </w:pPr>
            <w:r w:rsidRPr="00B73C63">
              <w:rPr>
                <w:rFonts w:ascii="Aptos" w:hAnsi="Aptos"/>
                <w:sz w:val="16"/>
                <w:szCs w:val="16"/>
              </w:rPr>
              <w:t>(Workspace, equipment, digital tools, accessibility of facilities)</w:t>
            </w:r>
          </w:p>
          <w:p w14:paraId="0D951D6B" w14:textId="77777777" w:rsidR="00410D3A" w:rsidRPr="00A52CF7" w:rsidRDefault="00410D3A" w:rsidP="00B8574F">
            <w:pPr>
              <w:rPr>
                <w:rFonts w:ascii="Aptos" w:hAnsi="Aptos"/>
              </w:rPr>
            </w:pPr>
          </w:p>
        </w:tc>
        <w:tc>
          <w:tcPr>
            <w:tcW w:w="1336" w:type="dxa"/>
          </w:tcPr>
          <w:p w14:paraId="48540F3C" w14:textId="77777777" w:rsidR="00410D3A" w:rsidRPr="00A52CF7" w:rsidRDefault="00410D3A" w:rsidP="00B8574F">
            <w:pPr>
              <w:rPr>
                <w:rFonts w:ascii="Aptos" w:eastAsia="Arial" w:hAnsi="Aptos"/>
                <w:sz w:val="20"/>
              </w:rPr>
            </w:pPr>
          </w:p>
        </w:tc>
        <w:tc>
          <w:tcPr>
            <w:tcW w:w="1751" w:type="dxa"/>
            <w:vAlign w:val="center"/>
          </w:tcPr>
          <w:p w14:paraId="2C964918" w14:textId="00409300" w:rsidR="00410D3A" w:rsidRPr="00A52CF7" w:rsidRDefault="00410D3A" w:rsidP="00B8574F">
            <w:pPr>
              <w:rPr>
                <w:rFonts w:ascii="Aptos" w:hAnsi="Aptos"/>
              </w:rPr>
            </w:pPr>
            <w:r w:rsidRPr="00B73C63">
              <w:rPr>
                <w:rFonts w:ascii="Aptos" w:eastAsia="Arial" w:hAnsi="Aptos"/>
                <w:sz w:val="20"/>
              </w:rPr>
              <w:t xml:space="preserve"> </w:t>
            </w:r>
          </w:p>
        </w:tc>
        <w:tc>
          <w:tcPr>
            <w:tcW w:w="1782" w:type="dxa"/>
            <w:vAlign w:val="center"/>
          </w:tcPr>
          <w:p w14:paraId="1C7EF28A" w14:textId="77777777" w:rsidR="00410D3A" w:rsidRPr="00A52CF7" w:rsidRDefault="00410D3A" w:rsidP="00B8574F">
            <w:pPr>
              <w:rPr>
                <w:rFonts w:ascii="Aptos" w:hAnsi="Aptos"/>
              </w:rPr>
            </w:pPr>
            <w:r w:rsidRPr="00B73C63">
              <w:rPr>
                <w:rFonts w:ascii="Aptos" w:eastAsia="Arial" w:hAnsi="Aptos"/>
                <w:sz w:val="20"/>
              </w:rPr>
              <w:t xml:space="preserve"> </w:t>
            </w:r>
          </w:p>
        </w:tc>
        <w:tc>
          <w:tcPr>
            <w:tcW w:w="1058" w:type="dxa"/>
            <w:vAlign w:val="center"/>
          </w:tcPr>
          <w:p w14:paraId="4D2B6349" w14:textId="77777777" w:rsidR="00410D3A" w:rsidRPr="00B73C63" w:rsidRDefault="00410D3A" w:rsidP="00B8574F">
            <w:pPr>
              <w:rPr>
                <w:rFonts w:ascii="Aptos" w:hAnsi="Aptos"/>
              </w:rPr>
            </w:pPr>
            <w:r w:rsidRPr="00B73C63">
              <w:rPr>
                <w:rFonts w:ascii="Aptos" w:eastAsia="Arial" w:hAnsi="Aptos"/>
                <w:sz w:val="20"/>
              </w:rPr>
              <w:t>H/M/L</w:t>
            </w:r>
          </w:p>
        </w:tc>
        <w:tc>
          <w:tcPr>
            <w:tcW w:w="1265" w:type="dxa"/>
            <w:vAlign w:val="center"/>
          </w:tcPr>
          <w:p w14:paraId="148CC87B" w14:textId="77777777" w:rsidR="00410D3A" w:rsidRPr="00B73C63" w:rsidRDefault="00410D3A" w:rsidP="00B8574F">
            <w:pPr>
              <w:rPr>
                <w:rFonts w:ascii="Aptos" w:hAnsi="Aptos"/>
              </w:rPr>
            </w:pPr>
            <w:r w:rsidRPr="00B73C63">
              <w:rPr>
                <w:rFonts w:ascii="Aptos" w:eastAsia="Arial" w:hAnsi="Aptos"/>
                <w:sz w:val="20"/>
              </w:rPr>
              <w:t xml:space="preserve"> </w:t>
            </w:r>
          </w:p>
        </w:tc>
        <w:tc>
          <w:tcPr>
            <w:tcW w:w="679" w:type="dxa"/>
            <w:vAlign w:val="center"/>
          </w:tcPr>
          <w:p w14:paraId="77F3CBCE" w14:textId="77777777" w:rsidR="00410D3A" w:rsidRPr="00B73C63" w:rsidRDefault="00410D3A" w:rsidP="00B8574F">
            <w:pPr>
              <w:rPr>
                <w:rFonts w:ascii="Aptos" w:hAnsi="Aptos"/>
              </w:rPr>
            </w:pPr>
            <w:r w:rsidRPr="00B73C63">
              <w:rPr>
                <w:rFonts w:ascii="Aptos" w:eastAsia="Arial" w:hAnsi="Aptos"/>
                <w:sz w:val="20"/>
              </w:rPr>
              <w:t xml:space="preserve"> </w:t>
            </w:r>
          </w:p>
        </w:tc>
      </w:tr>
      <w:tr w:rsidR="00410D3A" w:rsidRPr="00B73C63" w14:paraId="76B3C982" w14:textId="77777777" w:rsidTr="00410D3A">
        <w:trPr>
          <w:jc w:val="center"/>
        </w:trPr>
        <w:tc>
          <w:tcPr>
            <w:tcW w:w="2343" w:type="dxa"/>
            <w:vAlign w:val="center"/>
          </w:tcPr>
          <w:p w14:paraId="1C22A5AA" w14:textId="77777777" w:rsidR="00410D3A" w:rsidRPr="00A52CF7" w:rsidRDefault="00410D3A" w:rsidP="00B8574F">
            <w:pPr>
              <w:rPr>
                <w:rFonts w:ascii="Aptos" w:eastAsia="Arial" w:hAnsi="Aptos"/>
                <w:sz w:val="20"/>
              </w:rPr>
            </w:pPr>
            <w:r w:rsidRPr="00B73C63">
              <w:rPr>
                <w:rFonts w:ascii="Aptos" w:eastAsia="Arial" w:hAnsi="Aptos"/>
                <w:sz w:val="20"/>
              </w:rPr>
              <w:t>Knowledge and skills</w:t>
            </w:r>
          </w:p>
          <w:p w14:paraId="783A1ADC" w14:textId="77777777" w:rsidR="00410D3A" w:rsidRPr="00A52CF7" w:rsidRDefault="00410D3A" w:rsidP="00B8574F">
            <w:pPr>
              <w:spacing w:after="80" w:line="259" w:lineRule="auto"/>
              <w:rPr>
                <w:rFonts w:ascii="Aptos" w:hAnsi="Aptos"/>
                <w:sz w:val="16"/>
                <w:szCs w:val="16"/>
              </w:rPr>
            </w:pPr>
            <w:r w:rsidRPr="00B73C63">
              <w:rPr>
                <w:rFonts w:ascii="Aptos" w:hAnsi="Aptos"/>
                <w:sz w:val="16"/>
                <w:szCs w:val="16"/>
              </w:rPr>
              <w:t xml:space="preserve">(Staff skills, training materials, intercultural </w:t>
            </w:r>
            <w:r w:rsidRPr="00B73C63">
              <w:rPr>
                <w:rFonts w:ascii="Aptos" w:hAnsi="Aptos"/>
                <w:sz w:val="16"/>
                <w:szCs w:val="16"/>
              </w:rPr>
              <w:lastRenderedPageBreak/>
              <w:t>awareness, language support)</w:t>
            </w:r>
          </w:p>
          <w:p w14:paraId="68255B49" w14:textId="77777777" w:rsidR="00410D3A" w:rsidRPr="00A52CF7" w:rsidRDefault="00410D3A" w:rsidP="00B8574F">
            <w:pPr>
              <w:rPr>
                <w:rFonts w:ascii="Aptos" w:hAnsi="Aptos"/>
              </w:rPr>
            </w:pPr>
          </w:p>
        </w:tc>
        <w:tc>
          <w:tcPr>
            <w:tcW w:w="1336" w:type="dxa"/>
          </w:tcPr>
          <w:p w14:paraId="3D2D6B73" w14:textId="77777777" w:rsidR="00410D3A" w:rsidRPr="00A52CF7" w:rsidRDefault="00410D3A" w:rsidP="00B8574F">
            <w:pPr>
              <w:rPr>
                <w:rFonts w:ascii="Aptos" w:eastAsia="Arial" w:hAnsi="Aptos"/>
                <w:sz w:val="20"/>
              </w:rPr>
            </w:pPr>
          </w:p>
        </w:tc>
        <w:tc>
          <w:tcPr>
            <w:tcW w:w="1751" w:type="dxa"/>
            <w:vAlign w:val="center"/>
          </w:tcPr>
          <w:p w14:paraId="7C2BF8FA" w14:textId="5BD95F64" w:rsidR="00410D3A" w:rsidRPr="00A52CF7" w:rsidRDefault="00410D3A" w:rsidP="00B8574F">
            <w:pPr>
              <w:rPr>
                <w:rFonts w:ascii="Aptos" w:hAnsi="Aptos"/>
              </w:rPr>
            </w:pPr>
            <w:r w:rsidRPr="00B73C63">
              <w:rPr>
                <w:rFonts w:ascii="Aptos" w:eastAsia="Arial" w:hAnsi="Aptos"/>
                <w:sz w:val="20"/>
              </w:rPr>
              <w:t xml:space="preserve"> </w:t>
            </w:r>
          </w:p>
        </w:tc>
        <w:tc>
          <w:tcPr>
            <w:tcW w:w="1782" w:type="dxa"/>
            <w:vAlign w:val="center"/>
          </w:tcPr>
          <w:p w14:paraId="3DFB7985" w14:textId="77777777" w:rsidR="00410D3A" w:rsidRPr="00A52CF7" w:rsidRDefault="00410D3A" w:rsidP="00B8574F">
            <w:pPr>
              <w:rPr>
                <w:rFonts w:ascii="Aptos" w:hAnsi="Aptos"/>
              </w:rPr>
            </w:pPr>
            <w:r w:rsidRPr="00B73C63">
              <w:rPr>
                <w:rFonts w:ascii="Aptos" w:eastAsia="Arial" w:hAnsi="Aptos"/>
                <w:sz w:val="20"/>
              </w:rPr>
              <w:t xml:space="preserve"> </w:t>
            </w:r>
          </w:p>
        </w:tc>
        <w:tc>
          <w:tcPr>
            <w:tcW w:w="1058" w:type="dxa"/>
            <w:vAlign w:val="center"/>
          </w:tcPr>
          <w:p w14:paraId="7371AFF7" w14:textId="77777777" w:rsidR="00410D3A" w:rsidRPr="00B73C63" w:rsidRDefault="00410D3A" w:rsidP="00B8574F">
            <w:pPr>
              <w:rPr>
                <w:rFonts w:ascii="Aptos" w:hAnsi="Aptos"/>
              </w:rPr>
            </w:pPr>
            <w:r w:rsidRPr="00B73C63">
              <w:rPr>
                <w:rFonts w:ascii="Aptos" w:eastAsia="Arial" w:hAnsi="Aptos"/>
                <w:sz w:val="20"/>
              </w:rPr>
              <w:t>H/M/L</w:t>
            </w:r>
          </w:p>
        </w:tc>
        <w:tc>
          <w:tcPr>
            <w:tcW w:w="1265" w:type="dxa"/>
            <w:vAlign w:val="center"/>
          </w:tcPr>
          <w:p w14:paraId="6B788FF6" w14:textId="77777777" w:rsidR="00410D3A" w:rsidRPr="00B73C63" w:rsidRDefault="00410D3A" w:rsidP="00B8574F">
            <w:pPr>
              <w:rPr>
                <w:rFonts w:ascii="Aptos" w:hAnsi="Aptos"/>
              </w:rPr>
            </w:pPr>
            <w:r w:rsidRPr="00B73C63">
              <w:rPr>
                <w:rFonts w:ascii="Aptos" w:eastAsia="Arial" w:hAnsi="Aptos"/>
                <w:sz w:val="20"/>
              </w:rPr>
              <w:t xml:space="preserve"> </w:t>
            </w:r>
          </w:p>
        </w:tc>
        <w:tc>
          <w:tcPr>
            <w:tcW w:w="679" w:type="dxa"/>
            <w:vAlign w:val="center"/>
          </w:tcPr>
          <w:p w14:paraId="0B37CCAD" w14:textId="77777777" w:rsidR="00410D3A" w:rsidRPr="00B73C63" w:rsidRDefault="00410D3A" w:rsidP="00B8574F">
            <w:pPr>
              <w:rPr>
                <w:rFonts w:ascii="Aptos" w:hAnsi="Aptos"/>
              </w:rPr>
            </w:pPr>
            <w:r w:rsidRPr="00B73C63">
              <w:rPr>
                <w:rFonts w:ascii="Aptos" w:eastAsia="Arial" w:hAnsi="Aptos"/>
                <w:sz w:val="20"/>
              </w:rPr>
              <w:t xml:space="preserve"> </w:t>
            </w:r>
          </w:p>
        </w:tc>
      </w:tr>
    </w:tbl>
    <w:p w14:paraId="6A467710" w14:textId="77777777" w:rsidR="00B8574F" w:rsidRPr="00B73C63" w:rsidRDefault="00B8574F" w:rsidP="00B8574F">
      <w:pPr>
        <w:pStyle w:val="Ttulo1"/>
        <w:spacing w:before="0" w:after="60"/>
        <w:rPr>
          <w:rFonts w:ascii="Aptos" w:eastAsia="Arial" w:hAnsi="Aptos"/>
        </w:rPr>
      </w:pPr>
    </w:p>
    <w:p w14:paraId="321AE5A8" w14:textId="77777777" w:rsidR="00B8574F" w:rsidRPr="00B73C63" w:rsidRDefault="00B8574F" w:rsidP="00B8574F">
      <w:pPr>
        <w:rPr>
          <w:rFonts w:ascii="Aptos" w:hAnsi="Aptos"/>
          <w:lang w:val="pt-PT"/>
        </w:rPr>
      </w:pPr>
    </w:p>
    <w:p w14:paraId="66B924B0" w14:textId="5A6439C9" w:rsidR="00662CA9" w:rsidRPr="00B73C63" w:rsidRDefault="00D47ED2">
      <w:pPr>
        <w:pStyle w:val="Ttulo1"/>
        <w:spacing w:before="0" w:after="60"/>
        <w:rPr>
          <w:rFonts w:ascii="Aptos" w:hAnsi="Aptos"/>
          <w:lang w:val="pt-PT"/>
        </w:rPr>
      </w:pPr>
      <w:r w:rsidRPr="00B73C63">
        <w:rPr>
          <w:rFonts w:ascii="Aptos" w:eastAsia="Arial" w:hAnsi="Aptos"/>
        </w:rPr>
        <w:t>C. Possible areas of involvement</w:t>
      </w:r>
    </w:p>
    <w:p w14:paraId="67C1660D" w14:textId="7D73D01E" w:rsidR="00662CA9" w:rsidRPr="00A52CF7" w:rsidRDefault="00ED263F">
      <w:pPr>
        <w:spacing w:after="60"/>
        <w:rPr>
          <w:rFonts w:ascii="Aptos" w:eastAsia="Arial" w:hAnsi="Aptos"/>
          <w:sz w:val="16"/>
          <w:szCs w:val="16"/>
        </w:rPr>
      </w:pPr>
      <w:r w:rsidRPr="00B73C63">
        <w:rPr>
          <w:rFonts w:ascii="Aptos" w:eastAsia="Arial" w:hAnsi="Aptos"/>
          <w:sz w:val="16"/>
          <w:szCs w:val="16"/>
        </w:rPr>
        <w:t>Map out areas where volunteers can add real value without replacing paid work.</w:t>
      </w:r>
    </w:p>
    <w:p w14:paraId="77749E45" w14:textId="77777777" w:rsidR="00ED263F" w:rsidRPr="00A52CF7" w:rsidRDefault="00ED263F">
      <w:pPr>
        <w:spacing w:after="60"/>
        <w:rPr>
          <w:rFonts w:ascii="Aptos" w:hAnsi="Aptos"/>
        </w:rPr>
      </w:pPr>
    </w:p>
    <w:tbl>
      <w:tblPr>
        <w:tblStyle w:val="TabelacomGrelha"/>
        <w:tblW w:w="0" w:type="auto"/>
        <w:jc w:val="center"/>
        <w:tblLook w:val="04A0" w:firstRow="1" w:lastRow="0" w:firstColumn="1" w:lastColumn="0" w:noHBand="0" w:noVBand="1"/>
      </w:tblPr>
      <w:tblGrid>
        <w:gridCol w:w="2088"/>
        <w:gridCol w:w="3168"/>
        <w:gridCol w:w="1130"/>
        <w:gridCol w:w="1152"/>
        <w:gridCol w:w="2232"/>
      </w:tblGrid>
      <w:tr w:rsidR="00662CA9" w:rsidRPr="00B73C63" w14:paraId="75EA15C1" w14:textId="77777777" w:rsidTr="00CC2FD0">
        <w:trPr>
          <w:jc w:val="center"/>
        </w:trPr>
        <w:tc>
          <w:tcPr>
            <w:tcW w:w="2088" w:type="dxa"/>
            <w:shd w:val="clear" w:color="auto" w:fill="D9EAF7"/>
            <w:vAlign w:val="center"/>
          </w:tcPr>
          <w:p w14:paraId="0174F311" w14:textId="77777777" w:rsidR="00662CA9" w:rsidRPr="00B73C63" w:rsidRDefault="00654685">
            <w:pPr>
              <w:rPr>
                <w:rFonts w:ascii="Aptos" w:hAnsi="Aptos"/>
              </w:rPr>
            </w:pPr>
            <w:r w:rsidRPr="00B73C63">
              <w:rPr>
                <w:rFonts w:ascii="Aptos" w:eastAsia="Arial" w:hAnsi="Aptos"/>
                <w:b/>
                <w:sz w:val="18"/>
              </w:rPr>
              <w:t>Program/area</w:t>
            </w:r>
          </w:p>
        </w:tc>
        <w:tc>
          <w:tcPr>
            <w:tcW w:w="3168" w:type="dxa"/>
            <w:shd w:val="clear" w:color="auto" w:fill="D9EAF7"/>
            <w:vAlign w:val="center"/>
          </w:tcPr>
          <w:p w14:paraId="7E9D8DB1" w14:textId="4B12D277" w:rsidR="00662CA9" w:rsidRPr="00B73C63" w:rsidRDefault="00654685">
            <w:pPr>
              <w:rPr>
                <w:rFonts w:ascii="Aptos" w:hAnsi="Aptos"/>
              </w:rPr>
            </w:pPr>
            <w:r w:rsidRPr="00B73C63">
              <w:rPr>
                <w:rFonts w:ascii="Aptos" w:eastAsia="Arial" w:hAnsi="Aptos"/>
                <w:b/>
                <w:sz w:val="18"/>
              </w:rPr>
              <w:t>Possible Contribution of Volunteers</w:t>
            </w:r>
          </w:p>
        </w:tc>
        <w:tc>
          <w:tcPr>
            <w:tcW w:w="1107" w:type="dxa"/>
            <w:shd w:val="clear" w:color="auto" w:fill="D9EAF7"/>
            <w:vAlign w:val="center"/>
          </w:tcPr>
          <w:p w14:paraId="7D51BA2E" w14:textId="77777777" w:rsidR="00662CA9" w:rsidRPr="00B73C63" w:rsidRDefault="00654685">
            <w:pPr>
              <w:rPr>
                <w:rFonts w:ascii="Aptos" w:hAnsi="Aptos"/>
              </w:rPr>
            </w:pPr>
            <w:r w:rsidRPr="00B73C63">
              <w:rPr>
                <w:rFonts w:ascii="Aptos" w:eastAsia="Arial" w:hAnsi="Aptos"/>
                <w:b/>
                <w:sz w:val="18"/>
              </w:rPr>
              <w:t>Priority</w:t>
            </w:r>
          </w:p>
        </w:tc>
        <w:tc>
          <w:tcPr>
            <w:tcW w:w="1152" w:type="dxa"/>
            <w:shd w:val="clear" w:color="auto" w:fill="D9EAF7"/>
            <w:vAlign w:val="center"/>
          </w:tcPr>
          <w:p w14:paraId="43607E42" w14:textId="77777777" w:rsidR="00662CA9" w:rsidRPr="00B73C63" w:rsidRDefault="00654685">
            <w:pPr>
              <w:rPr>
                <w:rFonts w:ascii="Aptos" w:hAnsi="Aptos"/>
              </w:rPr>
            </w:pPr>
            <w:r w:rsidRPr="00B73C63">
              <w:rPr>
                <w:rFonts w:ascii="Aptos" w:eastAsia="Arial" w:hAnsi="Aptos"/>
                <w:b/>
                <w:sz w:val="18"/>
              </w:rPr>
              <w:t>Duration</w:t>
            </w:r>
          </w:p>
        </w:tc>
        <w:tc>
          <w:tcPr>
            <w:tcW w:w="2232" w:type="dxa"/>
            <w:shd w:val="clear" w:color="auto" w:fill="D9EAF7"/>
            <w:vAlign w:val="center"/>
          </w:tcPr>
          <w:p w14:paraId="67D87414" w14:textId="77777777" w:rsidR="00662CA9" w:rsidRPr="00B73C63" w:rsidRDefault="00654685">
            <w:pPr>
              <w:rPr>
                <w:rFonts w:ascii="Aptos" w:hAnsi="Aptos"/>
              </w:rPr>
            </w:pPr>
            <w:r w:rsidRPr="00B73C63">
              <w:rPr>
                <w:rFonts w:ascii="Aptos" w:eastAsia="Arial" w:hAnsi="Aptos"/>
                <w:b/>
                <w:sz w:val="18"/>
              </w:rPr>
              <w:t>Requirements or notes</w:t>
            </w:r>
          </w:p>
        </w:tc>
      </w:tr>
      <w:tr w:rsidR="00CC2FD0" w:rsidRPr="00CC6025" w14:paraId="04A57A12" w14:textId="77777777" w:rsidTr="00CC2FD0">
        <w:trPr>
          <w:jc w:val="center"/>
        </w:trPr>
        <w:tc>
          <w:tcPr>
            <w:tcW w:w="2088" w:type="dxa"/>
            <w:vAlign w:val="center"/>
          </w:tcPr>
          <w:p w14:paraId="30517BEF" w14:textId="402DB9ED" w:rsidR="00CC2FD0" w:rsidRPr="00B73C63" w:rsidRDefault="00CC2FD0" w:rsidP="00CC2FD0">
            <w:pPr>
              <w:rPr>
                <w:rFonts w:ascii="Aptos" w:hAnsi="Aptos"/>
              </w:rPr>
            </w:pPr>
            <w:r w:rsidRPr="00B73C63">
              <w:rPr>
                <w:rFonts w:ascii="Aptos" w:hAnsi="Aptos"/>
                <w:color w:val="C4BC96" w:themeColor="background2" w:themeShade="BF"/>
                <w:sz w:val="18"/>
              </w:rPr>
              <w:t>e.g., Community Engagement</w:t>
            </w:r>
          </w:p>
        </w:tc>
        <w:tc>
          <w:tcPr>
            <w:tcW w:w="3168" w:type="dxa"/>
            <w:vAlign w:val="center"/>
          </w:tcPr>
          <w:p w14:paraId="410C4C2D" w14:textId="55B596BD" w:rsidR="00CC2FD0" w:rsidRPr="00A52CF7" w:rsidRDefault="00CC2FD0" w:rsidP="00CC2FD0">
            <w:pPr>
              <w:rPr>
                <w:rFonts w:ascii="Aptos" w:hAnsi="Aptos"/>
              </w:rPr>
            </w:pPr>
            <w:r w:rsidRPr="00B73C63">
              <w:rPr>
                <w:rFonts w:ascii="Aptos" w:hAnsi="Aptos"/>
                <w:color w:val="C4BC96" w:themeColor="background2" w:themeShade="BF"/>
                <w:sz w:val="18"/>
              </w:rPr>
              <w:t>Support the facilitation of group sessions</w:t>
            </w:r>
          </w:p>
        </w:tc>
        <w:tc>
          <w:tcPr>
            <w:tcW w:w="1107" w:type="dxa"/>
            <w:vAlign w:val="center"/>
          </w:tcPr>
          <w:p w14:paraId="0FD337B6" w14:textId="5C243434" w:rsidR="00CC2FD0" w:rsidRPr="00B73C63" w:rsidRDefault="00CC2FD0" w:rsidP="00CC2FD0">
            <w:pPr>
              <w:rPr>
                <w:rFonts w:ascii="Aptos" w:hAnsi="Aptos"/>
              </w:rPr>
            </w:pPr>
            <w:r w:rsidRPr="00B73C63">
              <w:rPr>
                <w:rFonts w:ascii="Aptos" w:hAnsi="Aptos"/>
                <w:color w:val="C4BC96" w:themeColor="background2" w:themeShade="BF"/>
                <w:sz w:val="18"/>
              </w:rPr>
              <w:t>High</w:t>
            </w:r>
          </w:p>
        </w:tc>
        <w:tc>
          <w:tcPr>
            <w:tcW w:w="1152" w:type="dxa"/>
            <w:vAlign w:val="center"/>
          </w:tcPr>
          <w:p w14:paraId="350D0108" w14:textId="630A65FF" w:rsidR="00CC2FD0" w:rsidRPr="00B73C63" w:rsidRDefault="00CC2FD0" w:rsidP="00CC2FD0">
            <w:pPr>
              <w:rPr>
                <w:rFonts w:ascii="Aptos" w:hAnsi="Aptos"/>
              </w:rPr>
            </w:pPr>
            <w:r w:rsidRPr="00B73C63">
              <w:rPr>
                <w:rFonts w:ascii="Aptos" w:hAnsi="Aptos"/>
                <w:color w:val="C4BC96" w:themeColor="background2" w:themeShade="BF"/>
                <w:sz w:val="18"/>
              </w:rPr>
              <w:t>long</w:t>
            </w:r>
          </w:p>
        </w:tc>
        <w:tc>
          <w:tcPr>
            <w:tcW w:w="2232" w:type="dxa"/>
            <w:vAlign w:val="center"/>
          </w:tcPr>
          <w:p w14:paraId="4EED676C" w14:textId="5FE80766" w:rsidR="00CC2FD0" w:rsidRPr="00A52CF7" w:rsidRDefault="00CC2FD0" w:rsidP="00CC2FD0">
            <w:pPr>
              <w:rPr>
                <w:rFonts w:ascii="Aptos" w:hAnsi="Aptos"/>
              </w:rPr>
            </w:pPr>
            <w:r w:rsidRPr="00B73C63">
              <w:rPr>
                <w:rFonts w:ascii="Aptos" w:hAnsi="Aptos"/>
                <w:color w:val="C4BC96" w:themeColor="background2" w:themeShade="BF"/>
                <w:sz w:val="18"/>
              </w:rPr>
              <w:t>Need training in group dynamics</w:t>
            </w:r>
          </w:p>
        </w:tc>
      </w:tr>
      <w:tr w:rsidR="00CC2FD0" w:rsidRPr="00B73C63" w14:paraId="76A5DA74" w14:textId="77777777" w:rsidTr="00CC2FD0">
        <w:trPr>
          <w:jc w:val="center"/>
        </w:trPr>
        <w:tc>
          <w:tcPr>
            <w:tcW w:w="2088" w:type="dxa"/>
            <w:vAlign w:val="center"/>
          </w:tcPr>
          <w:p w14:paraId="5B48C43A" w14:textId="776C9D99" w:rsidR="00CC2FD0" w:rsidRPr="00B73C63" w:rsidRDefault="00CC2FD0" w:rsidP="00CC2FD0">
            <w:pPr>
              <w:rPr>
                <w:rFonts w:ascii="Aptos" w:hAnsi="Aptos"/>
              </w:rPr>
            </w:pPr>
            <w:r w:rsidRPr="00B73C63">
              <w:rPr>
                <w:rFonts w:ascii="Aptos" w:hAnsi="Aptos"/>
                <w:color w:val="C4BC96" w:themeColor="background2" w:themeShade="BF"/>
                <w:sz w:val="18"/>
              </w:rPr>
              <w:t>e.g. Communications</w:t>
            </w:r>
          </w:p>
        </w:tc>
        <w:tc>
          <w:tcPr>
            <w:tcW w:w="3168" w:type="dxa"/>
            <w:vAlign w:val="center"/>
          </w:tcPr>
          <w:p w14:paraId="119CCE0C" w14:textId="62BBD898" w:rsidR="00CC2FD0" w:rsidRPr="00B73C63" w:rsidRDefault="00CC2FD0" w:rsidP="00CC2FD0">
            <w:pPr>
              <w:rPr>
                <w:rFonts w:ascii="Aptos" w:hAnsi="Aptos"/>
                <w:lang w:val="pt-PT"/>
              </w:rPr>
            </w:pPr>
            <w:r w:rsidRPr="00B73C63">
              <w:rPr>
                <w:rFonts w:ascii="Aptos" w:hAnsi="Aptos"/>
                <w:color w:val="C4BC96" w:themeColor="background2" w:themeShade="BF"/>
                <w:sz w:val="18"/>
              </w:rPr>
              <w:t>Social Media Content Creation</w:t>
            </w:r>
          </w:p>
        </w:tc>
        <w:tc>
          <w:tcPr>
            <w:tcW w:w="1107" w:type="dxa"/>
            <w:vAlign w:val="center"/>
          </w:tcPr>
          <w:p w14:paraId="47996831" w14:textId="1EC6B002" w:rsidR="00CC2FD0" w:rsidRPr="00B73C63" w:rsidRDefault="00CC2FD0" w:rsidP="00CC2FD0">
            <w:pPr>
              <w:rPr>
                <w:rFonts w:ascii="Aptos" w:hAnsi="Aptos"/>
              </w:rPr>
            </w:pPr>
            <w:r w:rsidRPr="00B73C63">
              <w:rPr>
                <w:rFonts w:ascii="Aptos" w:hAnsi="Aptos"/>
                <w:color w:val="C4BC96" w:themeColor="background2" w:themeShade="BF"/>
                <w:sz w:val="18"/>
              </w:rPr>
              <w:t>Average</w:t>
            </w:r>
          </w:p>
        </w:tc>
        <w:tc>
          <w:tcPr>
            <w:tcW w:w="1152" w:type="dxa"/>
            <w:vAlign w:val="center"/>
          </w:tcPr>
          <w:p w14:paraId="633F04BA" w14:textId="0A4D0392" w:rsidR="00CC2FD0" w:rsidRPr="00B73C63" w:rsidRDefault="00CC2FD0" w:rsidP="00CC2FD0">
            <w:pPr>
              <w:rPr>
                <w:rFonts w:ascii="Aptos" w:hAnsi="Aptos"/>
              </w:rPr>
            </w:pPr>
            <w:r w:rsidRPr="00B73C63">
              <w:rPr>
                <w:rFonts w:ascii="Aptos" w:hAnsi="Aptos"/>
                <w:color w:val="C4BC96" w:themeColor="background2" w:themeShade="BF"/>
                <w:sz w:val="18"/>
              </w:rPr>
              <w:t>Short</w:t>
            </w:r>
          </w:p>
        </w:tc>
        <w:tc>
          <w:tcPr>
            <w:tcW w:w="2232" w:type="dxa"/>
            <w:vAlign w:val="center"/>
          </w:tcPr>
          <w:p w14:paraId="03A5471D" w14:textId="46F7DCE5" w:rsidR="00CC2FD0" w:rsidRPr="00B73C63" w:rsidRDefault="00CC2FD0" w:rsidP="00CC2FD0">
            <w:pPr>
              <w:rPr>
                <w:rFonts w:ascii="Aptos" w:hAnsi="Aptos"/>
              </w:rPr>
            </w:pPr>
            <w:r w:rsidRPr="00B73C63">
              <w:rPr>
                <w:rFonts w:ascii="Aptos" w:hAnsi="Aptos"/>
                <w:color w:val="C4BC96" w:themeColor="background2" w:themeShade="BF"/>
                <w:sz w:val="18"/>
              </w:rPr>
              <w:t>Requires digital skills</w:t>
            </w:r>
          </w:p>
        </w:tc>
      </w:tr>
      <w:tr w:rsidR="00CC6025" w:rsidRPr="00B73C63" w14:paraId="3700FEA5" w14:textId="77777777" w:rsidTr="007365D4">
        <w:trPr>
          <w:jc w:val="center"/>
        </w:trPr>
        <w:tc>
          <w:tcPr>
            <w:tcW w:w="2088" w:type="dxa"/>
          </w:tcPr>
          <w:p w14:paraId="53BA99D0" w14:textId="366CD21C" w:rsidR="00CC6025" w:rsidRPr="00CC6025" w:rsidRDefault="00CC6025" w:rsidP="00CC6025">
            <w:pPr>
              <w:rPr>
                <w:rFonts w:ascii="Aptos" w:hAnsi="Aptos"/>
                <w:color w:val="C4BC96" w:themeColor="background2" w:themeShade="BF"/>
                <w:sz w:val="18"/>
              </w:rPr>
            </w:pPr>
            <w:r w:rsidRPr="00CC6025">
              <w:rPr>
                <w:rFonts w:ascii="Aptos" w:hAnsi="Aptos"/>
                <w:color w:val="C4BC96" w:themeColor="background2" w:themeShade="BF"/>
                <w:sz w:val="18"/>
              </w:rPr>
              <w:t>e.g. Community outreach with migrant families</w:t>
            </w:r>
          </w:p>
        </w:tc>
        <w:tc>
          <w:tcPr>
            <w:tcW w:w="3168" w:type="dxa"/>
          </w:tcPr>
          <w:p w14:paraId="38AB9C33" w14:textId="3870438A" w:rsidR="00CC6025" w:rsidRPr="00CC6025" w:rsidRDefault="00CC6025" w:rsidP="00CC6025">
            <w:pPr>
              <w:rPr>
                <w:rFonts w:ascii="Aptos" w:hAnsi="Aptos"/>
                <w:color w:val="C4BC96" w:themeColor="background2" w:themeShade="BF"/>
                <w:sz w:val="18"/>
              </w:rPr>
            </w:pPr>
            <w:r w:rsidRPr="00CC6025">
              <w:rPr>
                <w:rFonts w:ascii="Aptos" w:hAnsi="Aptos"/>
                <w:color w:val="C4BC96" w:themeColor="background2" w:themeShade="BF"/>
                <w:sz w:val="18"/>
              </w:rPr>
              <w:t>e.g. Community outreach with migrant families</w:t>
            </w:r>
          </w:p>
        </w:tc>
        <w:tc>
          <w:tcPr>
            <w:tcW w:w="1107" w:type="dxa"/>
          </w:tcPr>
          <w:p w14:paraId="2A942FFD" w14:textId="1CE96072" w:rsidR="00CC6025" w:rsidRPr="00CC6025" w:rsidRDefault="00CC6025" w:rsidP="00CC6025">
            <w:pPr>
              <w:rPr>
                <w:rFonts w:ascii="Aptos" w:hAnsi="Aptos"/>
                <w:color w:val="C4BC96" w:themeColor="background2" w:themeShade="BF"/>
                <w:sz w:val="18"/>
              </w:rPr>
            </w:pPr>
            <w:r w:rsidRPr="00CC6025">
              <w:rPr>
                <w:rFonts w:ascii="Aptos" w:hAnsi="Aptos"/>
                <w:color w:val="C4BC96" w:themeColor="background2" w:themeShade="BF"/>
                <w:sz w:val="18"/>
              </w:rPr>
              <w:t>e.g. Community outreach with migrant families</w:t>
            </w:r>
          </w:p>
        </w:tc>
        <w:tc>
          <w:tcPr>
            <w:tcW w:w="1152" w:type="dxa"/>
          </w:tcPr>
          <w:p w14:paraId="1201C020" w14:textId="00DB3859" w:rsidR="00CC6025" w:rsidRPr="00CC6025" w:rsidRDefault="00CC6025" w:rsidP="00CC6025">
            <w:pPr>
              <w:rPr>
                <w:rFonts w:ascii="Aptos" w:hAnsi="Aptos"/>
                <w:color w:val="C4BC96" w:themeColor="background2" w:themeShade="BF"/>
                <w:sz w:val="18"/>
              </w:rPr>
            </w:pPr>
            <w:r w:rsidRPr="00CC6025">
              <w:rPr>
                <w:rFonts w:ascii="Aptos" w:hAnsi="Aptos"/>
                <w:color w:val="C4BC96" w:themeColor="background2" w:themeShade="BF"/>
                <w:sz w:val="18"/>
              </w:rPr>
              <w:t>e.g. Community outreach with migrant families</w:t>
            </w:r>
          </w:p>
        </w:tc>
        <w:tc>
          <w:tcPr>
            <w:tcW w:w="2232" w:type="dxa"/>
          </w:tcPr>
          <w:p w14:paraId="68343C7A" w14:textId="1CCD1B1E" w:rsidR="00CC6025" w:rsidRPr="00CC6025" w:rsidRDefault="00CC6025" w:rsidP="00CC6025">
            <w:pPr>
              <w:rPr>
                <w:rFonts w:ascii="Aptos" w:hAnsi="Aptos"/>
                <w:color w:val="C4BC96" w:themeColor="background2" w:themeShade="BF"/>
                <w:sz w:val="18"/>
              </w:rPr>
            </w:pPr>
            <w:r w:rsidRPr="00CC6025">
              <w:rPr>
                <w:rFonts w:ascii="Aptos" w:hAnsi="Aptos"/>
                <w:color w:val="C4BC96" w:themeColor="background2" w:themeShade="BF"/>
                <w:sz w:val="18"/>
              </w:rPr>
              <w:t>e.g. Community outreach with migrant families</w:t>
            </w:r>
          </w:p>
        </w:tc>
      </w:tr>
      <w:tr w:rsidR="00662CA9" w:rsidRPr="00B73C63" w14:paraId="798DBC3A" w14:textId="77777777" w:rsidTr="00CC2FD0">
        <w:trPr>
          <w:jc w:val="center"/>
        </w:trPr>
        <w:tc>
          <w:tcPr>
            <w:tcW w:w="2088" w:type="dxa"/>
            <w:vAlign w:val="center"/>
          </w:tcPr>
          <w:p w14:paraId="3C35D01E" w14:textId="77777777" w:rsidR="00662CA9" w:rsidRPr="00B73C63" w:rsidRDefault="00654685">
            <w:pPr>
              <w:rPr>
                <w:rFonts w:ascii="Aptos" w:hAnsi="Aptos"/>
              </w:rPr>
            </w:pPr>
            <w:r w:rsidRPr="00B73C63">
              <w:rPr>
                <w:rFonts w:ascii="Aptos" w:eastAsia="Arial" w:hAnsi="Aptos"/>
                <w:sz w:val="20"/>
              </w:rPr>
              <w:t xml:space="preserve"> </w:t>
            </w:r>
          </w:p>
        </w:tc>
        <w:tc>
          <w:tcPr>
            <w:tcW w:w="3168" w:type="dxa"/>
            <w:vAlign w:val="center"/>
          </w:tcPr>
          <w:p w14:paraId="777DD002" w14:textId="77777777" w:rsidR="00662CA9" w:rsidRPr="00B73C63" w:rsidRDefault="00654685">
            <w:pPr>
              <w:rPr>
                <w:rFonts w:ascii="Aptos" w:hAnsi="Aptos"/>
              </w:rPr>
            </w:pPr>
            <w:r w:rsidRPr="00B73C63">
              <w:rPr>
                <w:rFonts w:ascii="Aptos" w:eastAsia="Arial" w:hAnsi="Aptos"/>
                <w:sz w:val="20"/>
              </w:rPr>
              <w:t xml:space="preserve"> </w:t>
            </w:r>
          </w:p>
        </w:tc>
        <w:tc>
          <w:tcPr>
            <w:tcW w:w="1107" w:type="dxa"/>
            <w:vAlign w:val="center"/>
          </w:tcPr>
          <w:p w14:paraId="30A1D703" w14:textId="77777777" w:rsidR="00662CA9" w:rsidRPr="00B73C63" w:rsidRDefault="00654685">
            <w:pPr>
              <w:rPr>
                <w:rFonts w:ascii="Aptos" w:hAnsi="Aptos"/>
              </w:rPr>
            </w:pPr>
            <w:r w:rsidRPr="00B73C63">
              <w:rPr>
                <w:rFonts w:ascii="Aptos" w:eastAsia="Arial" w:hAnsi="Aptos"/>
                <w:sz w:val="20"/>
              </w:rPr>
              <w:t xml:space="preserve"> </w:t>
            </w:r>
          </w:p>
        </w:tc>
        <w:tc>
          <w:tcPr>
            <w:tcW w:w="1152" w:type="dxa"/>
            <w:vAlign w:val="center"/>
          </w:tcPr>
          <w:p w14:paraId="4BC25259" w14:textId="77777777" w:rsidR="00662CA9" w:rsidRPr="00B73C63" w:rsidRDefault="00654685">
            <w:pPr>
              <w:rPr>
                <w:rFonts w:ascii="Aptos" w:hAnsi="Aptos"/>
              </w:rPr>
            </w:pPr>
            <w:r w:rsidRPr="00B73C63">
              <w:rPr>
                <w:rFonts w:ascii="Aptos" w:eastAsia="Arial" w:hAnsi="Aptos"/>
                <w:sz w:val="20"/>
              </w:rPr>
              <w:t xml:space="preserve"> </w:t>
            </w:r>
          </w:p>
        </w:tc>
        <w:tc>
          <w:tcPr>
            <w:tcW w:w="2232" w:type="dxa"/>
            <w:vAlign w:val="center"/>
          </w:tcPr>
          <w:p w14:paraId="78DE0C60" w14:textId="77777777" w:rsidR="00662CA9" w:rsidRPr="00B73C63" w:rsidRDefault="00654685">
            <w:pPr>
              <w:rPr>
                <w:rFonts w:ascii="Aptos" w:hAnsi="Aptos"/>
              </w:rPr>
            </w:pPr>
            <w:r w:rsidRPr="00B73C63">
              <w:rPr>
                <w:rFonts w:ascii="Aptos" w:eastAsia="Arial" w:hAnsi="Aptos"/>
                <w:sz w:val="20"/>
              </w:rPr>
              <w:t xml:space="preserve"> </w:t>
            </w:r>
          </w:p>
        </w:tc>
      </w:tr>
    </w:tbl>
    <w:p w14:paraId="1330B592" w14:textId="77777777" w:rsidR="00D47ED2" w:rsidRDefault="00D47ED2">
      <w:pPr>
        <w:pStyle w:val="Ttulo1"/>
        <w:spacing w:before="0" w:after="60"/>
        <w:rPr>
          <w:rFonts w:ascii="Aptos" w:eastAsia="Arial" w:hAnsi="Aptos"/>
        </w:rPr>
      </w:pPr>
    </w:p>
    <w:p w14:paraId="2A933178" w14:textId="1FEE51D4" w:rsidR="00CC6025" w:rsidRPr="00CC6025" w:rsidRDefault="00CC6025" w:rsidP="00CC6025">
      <w:pPr>
        <w:pStyle w:val="Ttulo1"/>
        <w:spacing w:before="0" w:after="60"/>
        <w:rPr>
          <w:rFonts w:ascii="Aptos" w:eastAsia="Arial" w:hAnsi="Aptos"/>
          <w:lang w:val="pt-PT"/>
        </w:rPr>
      </w:pPr>
      <w:r>
        <w:rPr>
          <w:rFonts w:ascii="Aptos" w:eastAsia="Arial" w:hAnsi="Aptos"/>
        </w:rPr>
        <w:t>D. Self-assessment</w:t>
      </w:r>
    </w:p>
    <w:tbl>
      <w:tblPr>
        <w:tblW w:w="0" w:type="auto"/>
        <w:tblCellMar>
          <w:top w:w="15" w:type="dxa"/>
          <w:left w:w="15" w:type="dxa"/>
          <w:bottom w:w="15" w:type="dxa"/>
          <w:right w:w="15" w:type="dxa"/>
        </w:tblCellMar>
        <w:tblLook w:val="04A0" w:firstRow="1" w:lastRow="0" w:firstColumn="1" w:lastColumn="0" w:noHBand="0" w:noVBand="1"/>
      </w:tblPr>
      <w:tblGrid>
        <w:gridCol w:w="6107"/>
        <w:gridCol w:w="1088"/>
        <w:gridCol w:w="1166"/>
        <w:gridCol w:w="1014"/>
        <w:gridCol w:w="839"/>
      </w:tblGrid>
      <w:tr w:rsidR="00CC6025" w:rsidRPr="00CC6025" w14:paraId="1ADBD4E3" w14:textId="77777777">
        <w:trPr>
          <w:tblHeader/>
        </w:trPr>
        <w:tc>
          <w:tcPr>
            <w:tcW w:w="0" w:type="auto"/>
            <w:tcBorders>
              <w:top w:val="single" w:sz="4" w:space="0" w:color="CCCCCC"/>
              <w:left w:val="single" w:sz="4" w:space="0" w:color="CCCCCC"/>
              <w:bottom w:val="single" w:sz="4" w:space="0" w:color="CCCCCC"/>
              <w:right w:val="single" w:sz="4" w:space="0" w:color="CCCCCC"/>
            </w:tcBorders>
            <w:shd w:val="clear" w:color="auto" w:fill="D9EAF7"/>
            <w:tcMar>
              <w:top w:w="80" w:type="dxa"/>
              <w:left w:w="120" w:type="dxa"/>
              <w:bottom w:w="80" w:type="dxa"/>
              <w:right w:w="120" w:type="dxa"/>
            </w:tcMar>
            <w:vAlign w:val="center"/>
            <w:hideMark/>
          </w:tcPr>
          <w:p w14:paraId="7D20F454" w14:textId="77777777" w:rsidR="00CC6025" w:rsidRPr="00CC6025" w:rsidRDefault="00CC6025" w:rsidP="00CC6025">
            <w:pPr>
              <w:rPr>
                <w:b/>
                <w:bCs/>
                <w:lang w:val="pt-PT"/>
              </w:rPr>
            </w:pPr>
            <w:r w:rsidRPr="00CC6025">
              <w:rPr>
                <w:b/>
                <w:bCs/>
              </w:rPr>
              <w:t>Statement</w:t>
            </w:r>
          </w:p>
        </w:tc>
        <w:tc>
          <w:tcPr>
            <w:tcW w:w="0" w:type="auto"/>
            <w:tcBorders>
              <w:top w:val="single" w:sz="4" w:space="0" w:color="CCCCCC"/>
              <w:left w:val="single" w:sz="4" w:space="0" w:color="CCCCCC"/>
              <w:bottom w:val="single" w:sz="4" w:space="0" w:color="CCCCCC"/>
              <w:right w:val="single" w:sz="4" w:space="0" w:color="CCCCCC"/>
            </w:tcBorders>
            <w:shd w:val="clear" w:color="auto" w:fill="D9EAF7"/>
            <w:tcMar>
              <w:top w:w="80" w:type="dxa"/>
              <w:left w:w="120" w:type="dxa"/>
              <w:bottom w:w="80" w:type="dxa"/>
              <w:right w:w="120" w:type="dxa"/>
            </w:tcMar>
            <w:vAlign w:val="center"/>
            <w:hideMark/>
          </w:tcPr>
          <w:p w14:paraId="744A45A8" w14:textId="77777777" w:rsidR="00CC6025" w:rsidRPr="00CC6025" w:rsidRDefault="00CC6025" w:rsidP="00CC6025">
            <w:pPr>
              <w:rPr>
                <w:b/>
                <w:bCs/>
                <w:lang w:val="pt-PT"/>
              </w:rPr>
            </w:pPr>
            <w:r w:rsidRPr="00CC6025">
              <w:rPr>
                <w:b/>
                <w:bCs/>
              </w:rPr>
              <w:t>1 – Not in place</w:t>
            </w:r>
          </w:p>
        </w:tc>
        <w:tc>
          <w:tcPr>
            <w:tcW w:w="0" w:type="auto"/>
            <w:tcBorders>
              <w:top w:val="single" w:sz="4" w:space="0" w:color="CCCCCC"/>
              <w:left w:val="single" w:sz="4" w:space="0" w:color="CCCCCC"/>
              <w:bottom w:val="single" w:sz="4" w:space="0" w:color="CCCCCC"/>
              <w:right w:val="single" w:sz="4" w:space="0" w:color="CCCCCC"/>
            </w:tcBorders>
            <w:shd w:val="clear" w:color="auto" w:fill="D9EAF7"/>
            <w:tcMar>
              <w:top w:w="80" w:type="dxa"/>
              <w:left w:w="120" w:type="dxa"/>
              <w:bottom w:w="80" w:type="dxa"/>
              <w:right w:w="120" w:type="dxa"/>
            </w:tcMar>
            <w:vAlign w:val="center"/>
            <w:hideMark/>
          </w:tcPr>
          <w:p w14:paraId="605F23B5" w14:textId="77777777" w:rsidR="00CC6025" w:rsidRPr="00CC6025" w:rsidRDefault="00CC6025" w:rsidP="00CC6025">
            <w:pPr>
              <w:rPr>
                <w:b/>
                <w:bCs/>
                <w:lang w:val="pt-PT"/>
              </w:rPr>
            </w:pPr>
            <w:r w:rsidRPr="00CC6025">
              <w:rPr>
                <w:b/>
                <w:bCs/>
              </w:rPr>
              <w:t>2 – Partially</w:t>
            </w:r>
          </w:p>
        </w:tc>
        <w:tc>
          <w:tcPr>
            <w:tcW w:w="0" w:type="auto"/>
            <w:tcBorders>
              <w:top w:val="single" w:sz="4" w:space="0" w:color="CCCCCC"/>
              <w:left w:val="single" w:sz="4" w:space="0" w:color="CCCCCC"/>
              <w:bottom w:val="single" w:sz="4" w:space="0" w:color="CCCCCC"/>
              <w:right w:val="single" w:sz="4" w:space="0" w:color="CCCCCC"/>
            </w:tcBorders>
            <w:shd w:val="clear" w:color="auto" w:fill="D9EAF7"/>
            <w:tcMar>
              <w:top w:w="80" w:type="dxa"/>
              <w:left w:w="120" w:type="dxa"/>
              <w:bottom w:w="80" w:type="dxa"/>
              <w:right w:w="120" w:type="dxa"/>
            </w:tcMar>
            <w:vAlign w:val="center"/>
            <w:hideMark/>
          </w:tcPr>
          <w:p w14:paraId="3CE9C353" w14:textId="77777777" w:rsidR="00CC6025" w:rsidRPr="00CC6025" w:rsidRDefault="00CC6025" w:rsidP="00CC6025">
            <w:pPr>
              <w:rPr>
                <w:b/>
                <w:bCs/>
                <w:lang w:val="pt-PT"/>
              </w:rPr>
            </w:pPr>
            <w:r w:rsidRPr="00CC6025">
              <w:rPr>
                <w:b/>
                <w:bCs/>
              </w:rPr>
              <w:t>3 – Mostly</w:t>
            </w:r>
          </w:p>
        </w:tc>
        <w:tc>
          <w:tcPr>
            <w:tcW w:w="0" w:type="auto"/>
            <w:tcBorders>
              <w:top w:val="single" w:sz="4" w:space="0" w:color="CCCCCC"/>
              <w:left w:val="single" w:sz="4" w:space="0" w:color="CCCCCC"/>
              <w:bottom w:val="single" w:sz="4" w:space="0" w:color="CCCCCC"/>
              <w:right w:val="single" w:sz="4" w:space="0" w:color="CCCCCC"/>
            </w:tcBorders>
            <w:shd w:val="clear" w:color="auto" w:fill="D9EAF7"/>
            <w:tcMar>
              <w:top w:w="80" w:type="dxa"/>
              <w:left w:w="120" w:type="dxa"/>
              <w:bottom w:w="80" w:type="dxa"/>
              <w:right w:w="120" w:type="dxa"/>
            </w:tcMar>
            <w:vAlign w:val="center"/>
            <w:hideMark/>
          </w:tcPr>
          <w:p w14:paraId="6EF7288E" w14:textId="77777777" w:rsidR="00CC6025" w:rsidRPr="00CC6025" w:rsidRDefault="00CC6025" w:rsidP="00CC6025">
            <w:pPr>
              <w:rPr>
                <w:b/>
                <w:bCs/>
                <w:lang w:val="pt-PT"/>
              </w:rPr>
            </w:pPr>
            <w:r w:rsidRPr="00CC6025">
              <w:rPr>
                <w:b/>
                <w:bCs/>
              </w:rPr>
              <w:t>4 – Fully</w:t>
            </w:r>
          </w:p>
        </w:tc>
      </w:tr>
      <w:tr w:rsidR="00CC6025" w:rsidRPr="00CC6025" w14:paraId="3ED8CAAE" w14:textId="77777777">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7E82C155" w14:textId="77777777" w:rsidR="00CC6025" w:rsidRPr="00CC6025" w:rsidRDefault="00CC6025" w:rsidP="00CC6025">
            <w:r w:rsidRPr="00CC6025">
              <w:t>Leadership has endorsed internal statement of purpose of volunteering</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793FD4E8"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20D7D260"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12AE7DBA"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4B19FBAC" w14:textId="77777777" w:rsidR="00CC6025" w:rsidRPr="00CC6025" w:rsidRDefault="00CC6025" w:rsidP="00CC6025">
            <w:pPr>
              <w:rPr>
                <w:lang w:val="pt-PT"/>
              </w:rPr>
            </w:pPr>
            <w:r w:rsidRPr="00CC6025">
              <w:rPr>
                <w:rFonts w:ascii="Segoe UI Symbol" w:hAnsi="Segoe UI Symbol" w:cs="Segoe UI Symbol"/>
              </w:rPr>
              <w:t>☐</w:t>
            </w:r>
          </w:p>
        </w:tc>
      </w:tr>
      <w:tr w:rsidR="00CC6025" w:rsidRPr="00CC6025" w14:paraId="028E0DB9" w14:textId="77777777">
        <w:tc>
          <w:tcPr>
            <w:tcW w:w="0" w:type="auto"/>
            <w:tcBorders>
              <w:top w:val="single" w:sz="4" w:space="0" w:color="CCCCCC"/>
              <w:left w:val="single" w:sz="4" w:space="0" w:color="CCCCCC"/>
              <w:bottom w:val="single" w:sz="4" w:space="0" w:color="CCCCCC"/>
              <w:right w:val="single" w:sz="4" w:space="0" w:color="CCCCCC"/>
            </w:tcBorders>
            <w:shd w:val="clear" w:color="auto" w:fill="F2F3F4"/>
            <w:tcMar>
              <w:top w:w="80" w:type="dxa"/>
              <w:left w:w="120" w:type="dxa"/>
              <w:bottom w:w="80" w:type="dxa"/>
              <w:right w:w="120" w:type="dxa"/>
            </w:tcMar>
            <w:vAlign w:val="center"/>
            <w:hideMark/>
          </w:tcPr>
          <w:p w14:paraId="1DE43CD8" w14:textId="77777777" w:rsidR="00CC6025" w:rsidRPr="00CC6025" w:rsidRDefault="00CC6025" w:rsidP="00CC6025">
            <w:r w:rsidRPr="00CC6025">
              <w:t xml:space="preserve">Staff </w:t>
            </w:r>
            <w:proofErr w:type="gramStart"/>
            <w:r w:rsidRPr="00CC6025">
              <w:t>is</w:t>
            </w:r>
            <w:proofErr w:type="gramEnd"/>
            <w:r w:rsidRPr="00CC6025">
              <w:t xml:space="preserve"> familiar with internal </w:t>
            </w:r>
            <w:proofErr w:type="gramStart"/>
            <w:r w:rsidRPr="00CC6025">
              <w:t>statement</w:t>
            </w:r>
            <w:proofErr w:type="gramEnd"/>
            <w:r w:rsidRPr="00CC6025">
              <w:t xml:space="preserve"> of volunteering</w:t>
            </w:r>
          </w:p>
        </w:tc>
        <w:tc>
          <w:tcPr>
            <w:tcW w:w="0" w:type="auto"/>
            <w:tcBorders>
              <w:top w:val="single" w:sz="4" w:space="0" w:color="CCCCCC"/>
              <w:left w:val="single" w:sz="4" w:space="0" w:color="CCCCCC"/>
              <w:bottom w:val="single" w:sz="4" w:space="0" w:color="CCCCCC"/>
              <w:right w:val="single" w:sz="4" w:space="0" w:color="CCCCCC"/>
            </w:tcBorders>
            <w:shd w:val="clear" w:color="auto" w:fill="F2F3F4"/>
            <w:tcMar>
              <w:top w:w="80" w:type="dxa"/>
              <w:left w:w="120" w:type="dxa"/>
              <w:bottom w:w="80" w:type="dxa"/>
              <w:right w:w="120" w:type="dxa"/>
            </w:tcMar>
            <w:vAlign w:val="center"/>
            <w:hideMark/>
          </w:tcPr>
          <w:p w14:paraId="57FEF6D2"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2F3F4"/>
            <w:tcMar>
              <w:top w:w="80" w:type="dxa"/>
              <w:left w:w="120" w:type="dxa"/>
              <w:bottom w:w="80" w:type="dxa"/>
              <w:right w:w="120" w:type="dxa"/>
            </w:tcMar>
            <w:vAlign w:val="center"/>
            <w:hideMark/>
          </w:tcPr>
          <w:p w14:paraId="6B4FB3A6"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2F3F4"/>
            <w:tcMar>
              <w:top w:w="80" w:type="dxa"/>
              <w:left w:w="120" w:type="dxa"/>
              <w:bottom w:w="80" w:type="dxa"/>
              <w:right w:w="120" w:type="dxa"/>
            </w:tcMar>
            <w:vAlign w:val="center"/>
            <w:hideMark/>
          </w:tcPr>
          <w:p w14:paraId="6BABCD94"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2F3F4"/>
            <w:tcMar>
              <w:top w:w="80" w:type="dxa"/>
              <w:left w:w="120" w:type="dxa"/>
              <w:bottom w:w="80" w:type="dxa"/>
              <w:right w:w="120" w:type="dxa"/>
            </w:tcMar>
            <w:vAlign w:val="center"/>
            <w:hideMark/>
          </w:tcPr>
          <w:p w14:paraId="38FAA4B9" w14:textId="77777777" w:rsidR="00CC6025" w:rsidRPr="00CC6025" w:rsidRDefault="00CC6025" w:rsidP="00CC6025">
            <w:pPr>
              <w:rPr>
                <w:lang w:val="pt-PT"/>
              </w:rPr>
            </w:pPr>
            <w:r w:rsidRPr="00CC6025">
              <w:rPr>
                <w:rFonts w:ascii="Segoe UI Symbol" w:hAnsi="Segoe UI Symbol" w:cs="Segoe UI Symbol"/>
              </w:rPr>
              <w:t>☐</w:t>
            </w:r>
          </w:p>
        </w:tc>
      </w:tr>
      <w:tr w:rsidR="00CC6025" w:rsidRPr="00CC6025" w14:paraId="37C91276" w14:textId="77777777">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1EB134BF" w14:textId="77777777" w:rsidR="00CC6025" w:rsidRPr="00CC6025" w:rsidRDefault="00CC6025" w:rsidP="00CC6025">
            <w:pPr>
              <w:rPr>
                <w:lang w:val="pt-PT"/>
              </w:rPr>
            </w:pPr>
            <w:r w:rsidRPr="00CC6025">
              <w:t>Volunteer coordinator is appointed</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0F414242"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5597914D"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32AE2112"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5D37912B" w14:textId="77777777" w:rsidR="00CC6025" w:rsidRPr="00CC6025" w:rsidRDefault="00CC6025" w:rsidP="00CC6025">
            <w:pPr>
              <w:rPr>
                <w:lang w:val="pt-PT"/>
              </w:rPr>
            </w:pPr>
            <w:r w:rsidRPr="00CC6025">
              <w:rPr>
                <w:rFonts w:ascii="Segoe UI Symbol" w:hAnsi="Segoe UI Symbol" w:cs="Segoe UI Symbol"/>
              </w:rPr>
              <w:t>☐</w:t>
            </w:r>
          </w:p>
        </w:tc>
      </w:tr>
      <w:tr w:rsidR="00CC6025" w:rsidRPr="00CC6025" w14:paraId="5AC1A15D" w14:textId="77777777">
        <w:tc>
          <w:tcPr>
            <w:tcW w:w="0" w:type="auto"/>
            <w:tcBorders>
              <w:top w:val="single" w:sz="4" w:space="0" w:color="CCCCCC"/>
              <w:left w:val="single" w:sz="4" w:space="0" w:color="CCCCCC"/>
              <w:bottom w:val="single" w:sz="4" w:space="0" w:color="CCCCCC"/>
              <w:right w:val="single" w:sz="4" w:space="0" w:color="CCCCCC"/>
            </w:tcBorders>
            <w:shd w:val="clear" w:color="auto" w:fill="F2F3F4"/>
            <w:tcMar>
              <w:top w:w="80" w:type="dxa"/>
              <w:left w:w="120" w:type="dxa"/>
              <w:bottom w:w="80" w:type="dxa"/>
              <w:right w:w="120" w:type="dxa"/>
            </w:tcMar>
            <w:vAlign w:val="center"/>
            <w:hideMark/>
          </w:tcPr>
          <w:p w14:paraId="37D60BAA" w14:textId="77777777" w:rsidR="00CC6025" w:rsidRPr="00CC6025" w:rsidRDefault="00CC6025" w:rsidP="00CC6025">
            <w:r w:rsidRPr="00CC6025">
              <w:t>A clear written policy for volunteer involvement exists</w:t>
            </w:r>
          </w:p>
        </w:tc>
        <w:tc>
          <w:tcPr>
            <w:tcW w:w="0" w:type="auto"/>
            <w:tcBorders>
              <w:top w:val="single" w:sz="4" w:space="0" w:color="CCCCCC"/>
              <w:left w:val="single" w:sz="4" w:space="0" w:color="CCCCCC"/>
              <w:bottom w:val="single" w:sz="4" w:space="0" w:color="CCCCCC"/>
              <w:right w:val="single" w:sz="4" w:space="0" w:color="CCCCCC"/>
            </w:tcBorders>
            <w:shd w:val="clear" w:color="auto" w:fill="F2F3F4"/>
            <w:tcMar>
              <w:top w:w="80" w:type="dxa"/>
              <w:left w:w="120" w:type="dxa"/>
              <w:bottom w:w="80" w:type="dxa"/>
              <w:right w:w="120" w:type="dxa"/>
            </w:tcMar>
            <w:vAlign w:val="center"/>
            <w:hideMark/>
          </w:tcPr>
          <w:p w14:paraId="298A4796"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2F3F4"/>
            <w:tcMar>
              <w:top w:w="80" w:type="dxa"/>
              <w:left w:w="120" w:type="dxa"/>
              <w:bottom w:w="80" w:type="dxa"/>
              <w:right w:w="120" w:type="dxa"/>
            </w:tcMar>
            <w:vAlign w:val="center"/>
            <w:hideMark/>
          </w:tcPr>
          <w:p w14:paraId="38E8FC44"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2F3F4"/>
            <w:tcMar>
              <w:top w:w="80" w:type="dxa"/>
              <w:left w:w="120" w:type="dxa"/>
              <w:bottom w:w="80" w:type="dxa"/>
              <w:right w:w="120" w:type="dxa"/>
            </w:tcMar>
            <w:vAlign w:val="center"/>
            <w:hideMark/>
          </w:tcPr>
          <w:p w14:paraId="5D228E13"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2F3F4"/>
            <w:tcMar>
              <w:top w:w="80" w:type="dxa"/>
              <w:left w:w="120" w:type="dxa"/>
              <w:bottom w:w="80" w:type="dxa"/>
              <w:right w:w="120" w:type="dxa"/>
            </w:tcMar>
            <w:vAlign w:val="center"/>
            <w:hideMark/>
          </w:tcPr>
          <w:p w14:paraId="11B152C9" w14:textId="77777777" w:rsidR="00CC6025" w:rsidRPr="00CC6025" w:rsidRDefault="00CC6025" w:rsidP="00CC6025">
            <w:pPr>
              <w:rPr>
                <w:lang w:val="pt-PT"/>
              </w:rPr>
            </w:pPr>
            <w:r w:rsidRPr="00CC6025">
              <w:rPr>
                <w:rFonts w:ascii="Segoe UI Symbol" w:hAnsi="Segoe UI Symbol" w:cs="Segoe UI Symbol"/>
              </w:rPr>
              <w:t>☐</w:t>
            </w:r>
          </w:p>
        </w:tc>
      </w:tr>
      <w:tr w:rsidR="00CC6025" w:rsidRPr="00CC6025" w14:paraId="1A224AB1" w14:textId="77777777">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51585D67" w14:textId="77777777" w:rsidR="00CC6025" w:rsidRPr="00CC6025" w:rsidRDefault="00CC6025" w:rsidP="00CC6025">
            <w:r w:rsidRPr="00CC6025">
              <w:t>Legal requirements are checked and are in place</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4604127B"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2545DF43"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0492DA5F"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10D01780" w14:textId="77777777" w:rsidR="00CC6025" w:rsidRPr="00CC6025" w:rsidRDefault="00CC6025" w:rsidP="00CC6025">
            <w:pPr>
              <w:rPr>
                <w:lang w:val="pt-PT"/>
              </w:rPr>
            </w:pPr>
            <w:r w:rsidRPr="00CC6025">
              <w:rPr>
                <w:rFonts w:ascii="Segoe UI Symbol" w:hAnsi="Segoe UI Symbol" w:cs="Segoe UI Symbol"/>
              </w:rPr>
              <w:t>☐</w:t>
            </w:r>
          </w:p>
        </w:tc>
      </w:tr>
      <w:tr w:rsidR="00CC6025" w:rsidRPr="00CC6025" w14:paraId="6C7338AA" w14:textId="77777777">
        <w:tc>
          <w:tcPr>
            <w:tcW w:w="0" w:type="auto"/>
            <w:tcBorders>
              <w:top w:val="single" w:sz="4" w:space="0" w:color="CCCCCC"/>
              <w:left w:val="single" w:sz="4" w:space="0" w:color="CCCCCC"/>
              <w:bottom w:val="single" w:sz="4" w:space="0" w:color="CCCCCC"/>
              <w:right w:val="single" w:sz="4" w:space="0" w:color="CCCCCC"/>
            </w:tcBorders>
            <w:shd w:val="clear" w:color="auto" w:fill="F2F3F4"/>
            <w:tcMar>
              <w:top w:w="80" w:type="dxa"/>
              <w:left w:w="120" w:type="dxa"/>
              <w:bottom w:w="80" w:type="dxa"/>
              <w:right w:w="120" w:type="dxa"/>
            </w:tcMar>
            <w:vAlign w:val="center"/>
            <w:hideMark/>
          </w:tcPr>
          <w:p w14:paraId="30981CD4" w14:textId="77777777" w:rsidR="00CC6025" w:rsidRPr="00CC6025" w:rsidRDefault="00CC6025" w:rsidP="00CC6025">
            <w:r w:rsidRPr="00CC6025">
              <w:t>Staff have time allocated to coordinate volunteers</w:t>
            </w:r>
          </w:p>
        </w:tc>
        <w:tc>
          <w:tcPr>
            <w:tcW w:w="0" w:type="auto"/>
            <w:tcBorders>
              <w:top w:val="single" w:sz="4" w:space="0" w:color="CCCCCC"/>
              <w:left w:val="single" w:sz="4" w:space="0" w:color="CCCCCC"/>
              <w:bottom w:val="single" w:sz="4" w:space="0" w:color="CCCCCC"/>
              <w:right w:val="single" w:sz="4" w:space="0" w:color="CCCCCC"/>
            </w:tcBorders>
            <w:shd w:val="clear" w:color="auto" w:fill="F2F3F4"/>
            <w:tcMar>
              <w:top w:w="80" w:type="dxa"/>
              <w:left w:w="120" w:type="dxa"/>
              <w:bottom w:w="80" w:type="dxa"/>
              <w:right w:w="120" w:type="dxa"/>
            </w:tcMar>
            <w:vAlign w:val="center"/>
            <w:hideMark/>
          </w:tcPr>
          <w:p w14:paraId="5696B127"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2F3F4"/>
            <w:tcMar>
              <w:top w:w="80" w:type="dxa"/>
              <w:left w:w="120" w:type="dxa"/>
              <w:bottom w:w="80" w:type="dxa"/>
              <w:right w:w="120" w:type="dxa"/>
            </w:tcMar>
            <w:vAlign w:val="center"/>
            <w:hideMark/>
          </w:tcPr>
          <w:p w14:paraId="6E171196"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2F3F4"/>
            <w:tcMar>
              <w:top w:w="80" w:type="dxa"/>
              <w:left w:w="120" w:type="dxa"/>
              <w:bottom w:w="80" w:type="dxa"/>
              <w:right w:w="120" w:type="dxa"/>
            </w:tcMar>
            <w:vAlign w:val="center"/>
            <w:hideMark/>
          </w:tcPr>
          <w:p w14:paraId="060AA154"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2F3F4"/>
            <w:tcMar>
              <w:top w:w="80" w:type="dxa"/>
              <w:left w:w="120" w:type="dxa"/>
              <w:bottom w:w="80" w:type="dxa"/>
              <w:right w:w="120" w:type="dxa"/>
            </w:tcMar>
            <w:vAlign w:val="center"/>
            <w:hideMark/>
          </w:tcPr>
          <w:p w14:paraId="60DBD47A" w14:textId="77777777" w:rsidR="00CC6025" w:rsidRPr="00CC6025" w:rsidRDefault="00CC6025" w:rsidP="00CC6025">
            <w:pPr>
              <w:rPr>
                <w:lang w:val="pt-PT"/>
              </w:rPr>
            </w:pPr>
            <w:r w:rsidRPr="00CC6025">
              <w:rPr>
                <w:rFonts w:ascii="Segoe UI Symbol" w:hAnsi="Segoe UI Symbol" w:cs="Segoe UI Symbol"/>
              </w:rPr>
              <w:t>☐</w:t>
            </w:r>
          </w:p>
        </w:tc>
      </w:tr>
      <w:tr w:rsidR="00CC6025" w:rsidRPr="00CC6025" w14:paraId="19092FA5" w14:textId="77777777">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1B51C4A0" w14:textId="77777777" w:rsidR="00CC6025" w:rsidRPr="00CC6025" w:rsidRDefault="00CC6025" w:rsidP="00CC6025">
            <w:r w:rsidRPr="00CC6025">
              <w:t>Staff attitudes towards volunteers are welcoming and clear</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2AF0F323"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78AC445A"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03C72B35"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0AD14322" w14:textId="77777777" w:rsidR="00CC6025" w:rsidRPr="00CC6025" w:rsidRDefault="00CC6025" w:rsidP="00CC6025">
            <w:pPr>
              <w:rPr>
                <w:lang w:val="pt-PT"/>
              </w:rPr>
            </w:pPr>
            <w:r w:rsidRPr="00CC6025">
              <w:rPr>
                <w:rFonts w:ascii="Segoe UI Symbol" w:hAnsi="Segoe UI Symbol" w:cs="Segoe UI Symbol"/>
              </w:rPr>
              <w:t>☐</w:t>
            </w:r>
          </w:p>
        </w:tc>
      </w:tr>
      <w:tr w:rsidR="00CC6025" w:rsidRPr="00CC6025" w14:paraId="4904095C" w14:textId="77777777">
        <w:tc>
          <w:tcPr>
            <w:tcW w:w="0" w:type="auto"/>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hideMark/>
          </w:tcPr>
          <w:p w14:paraId="10757A93" w14:textId="77777777" w:rsidR="00CC6025" w:rsidRPr="00CC6025" w:rsidRDefault="00CC6025" w:rsidP="00CC6025">
            <w:r w:rsidRPr="00CC6025">
              <w:t>We can offer volunteers a safe and equipped working environment</w:t>
            </w:r>
          </w:p>
        </w:tc>
        <w:tc>
          <w:tcPr>
            <w:tcW w:w="0" w:type="auto"/>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hideMark/>
          </w:tcPr>
          <w:p w14:paraId="05EC24A2"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hideMark/>
          </w:tcPr>
          <w:p w14:paraId="4F461C6A"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hideMark/>
          </w:tcPr>
          <w:p w14:paraId="4FBCE5E0"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hideMark/>
          </w:tcPr>
          <w:p w14:paraId="1CCB9446" w14:textId="77777777" w:rsidR="00CC6025" w:rsidRPr="00CC6025" w:rsidRDefault="00CC6025" w:rsidP="00CC6025">
            <w:pPr>
              <w:rPr>
                <w:lang w:val="pt-PT"/>
              </w:rPr>
            </w:pPr>
            <w:r w:rsidRPr="00CC6025">
              <w:rPr>
                <w:rFonts w:ascii="Segoe UI Symbol" w:hAnsi="Segoe UI Symbol" w:cs="Segoe UI Symbol"/>
              </w:rPr>
              <w:t>☐</w:t>
            </w:r>
          </w:p>
        </w:tc>
      </w:tr>
      <w:tr w:rsidR="00CC6025" w:rsidRPr="00CC6025" w14:paraId="5021C6F5" w14:textId="77777777">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3AE7F6A6" w14:textId="77777777" w:rsidR="00CC6025" w:rsidRPr="00CC6025" w:rsidRDefault="00CC6025" w:rsidP="00CC6025">
            <w:r w:rsidRPr="00CC6025">
              <w:t>We have or can develop volunteer training materials</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6FEE0B2E"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1A2FCB7D"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369E43EA"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70A0491D" w14:textId="77777777" w:rsidR="00CC6025" w:rsidRPr="00CC6025" w:rsidRDefault="00CC6025" w:rsidP="00CC6025">
            <w:pPr>
              <w:rPr>
                <w:lang w:val="pt-PT"/>
              </w:rPr>
            </w:pPr>
            <w:r w:rsidRPr="00CC6025">
              <w:rPr>
                <w:rFonts w:ascii="Segoe UI Symbol" w:hAnsi="Segoe UI Symbol" w:cs="Segoe UI Symbol"/>
              </w:rPr>
              <w:t>☐</w:t>
            </w:r>
          </w:p>
        </w:tc>
      </w:tr>
      <w:tr w:rsidR="00CC6025" w:rsidRPr="00CC6025" w14:paraId="60879D6A" w14:textId="77777777">
        <w:tc>
          <w:tcPr>
            <w:tcW w:w="0" w:type="auto"/>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hideMark/>
          </w:tcPr>
          <w:p w14:paraId="3ADA94B9" w14:textId="77777777" w:rsidR="00CC6025" w:rsidRPr="00CC6025" w:rsidRDefault="00CC6025" w:rsidP="00CC6025">
            <w:r w:rsidRPr="00CC6025">
              <w:lastRenderedPageBreak/>
              <w:t>We have a budget to cover basic volunteer expenses</w:t>
            </w:r>
          </w:p>
        </w:tc>
        <w:tc>
          <w:tcPr>
            <w:tcW w:w="0" w:type="auto"/>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hideMark/>
          </w:tcPr>
          <w:p w14:paraId="6E885060"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hideMark/>
          </w:tcPr>
          <w:p w14:paraId="7E80648A"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hideMark/>
          </w:tcPr>
          <w:p w14:paraId="1E9DF11B"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hideMark/>
          </w:tcPr>
          <w:p w14:paraId="2C374CBC" w14:textId="77777777" w:rsidR="00CC6025" w:rsidRPr="00CC6025" w:rsidRDefault="00CC6025" w:rsidP="00CC6025">
            <w:pPr>
              <w:rPr>
                <w:lang w:val="pt-PT"/>
              </w:rPr>
            </w:pPr>
            <w:r w:rsidRPr="00CC6025">
              <w:rPr>
                <w:rFonts w:ascii="Segoe UI Symbol" w:hAnsi="Segoe UI Symbol" w:cs="Segoe UI Symbol"/>
              </w:rPr>
              <w:t>☐</w:t>
            </w:r>
          </w:p>
        </w:tc>
      </w:tr>
      <w:tr w:rsidR="00CC6025" w:rsidRPr="00CC6025" w14:paraId="22E20402" w14:textId="77777777">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4DAED289" w14:textId="77777777" w:rsidR="00CC6025" w:rsidRPr="00CC6025" w:rsidRDefault="00CC6025" w:rsidP="00CC6025">
            <w:r w:rsidRPr="00CC6025">
              <w:t>We have proper communication systems in place</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46CFA23E"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26900183"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7D96C206"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1B9E4C4E" w14:textId="77777777" w:rsidR="00CC6025" w:rsidRPr="00CC6025" w:rsidRDefault="00CC6025" w:rsidP="00CC6025">
            <w:pPr>
              <w:rPr>
                <w:lang w:val="pt-PT"/>
              </w:rPr>
            </w:pPr>
            <w:r w:rsidRPr="00CC6025">
              <w:rPr>
                <w:rFonts w:ascii="Segoe UI Symbol" w:hAnsi="Segoe UI Symbol" w:cs="Segoe UI Symbol"/>
              </w:rPr>
              <w:t>☐</w:t>
            </w:r>
          </w:p>
        </w:tc>
      </w:tr>
      <w:tr w:rsidR="00CC6025" w:rsidRPr="00CC6025" w14:paraId="7E7DBDDB" w14:textId="77777777">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17D92D2A" w14:textId="77777777" w:rsidR="00CC6025" w:rsidRPr="00CC6025" w:rsidRDefault="00CC6025" w:rsidP="00CC6025">
            <w:r w:rsidRPr="00CC6025">
              <w:t xml:space="preserve">We have a process for </w:t>
            </w:r>
            <w:proofErr w:type="spellStart"/>
            <w:r w:rsidRPr="00CC6025">
              <w:t>recognising</w:t>
            </w:r>
            <w:proofErr w:type="spellEnd"/>
            <w:r w:rsidRPr="00CC6025">
              <w:t xml:space="preserve"> volunteer contributions</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01A66AEB"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686077DC"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57E31F7E"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3F3C11A5" w14:textId="77777777" w:rsidR="00CC6025" w:rsidRPr="00CC6025" w:rsidRDefault="00CC6025" w:rsidP="00CC6025">
            <w:pPr>
              <w:rPr>
                <w:lang w:val="pt-PT"/>
              </w:rPr>
            </w:pPr>
            <w:r w:rsidRPr="00CC6025">
              <w:rPr>
                <w:rFonts w:ascii="Segoe UI Symbol" w:hAnsi="Segoe UI Symbol" w:cs="Segoe UI Symbol"/>
              </w:rPr>
              <w:t>☐</w:t>
            </w:r>
          </w:p>
        </w:tc>
      </w:tr>
      <w:tr w:rsidR="00CC6025" w:rsidRPr="00CC6025" w14:paraId="5DA9C0E7" w14:textId="77777777">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38E96F5F" w14:textId="77777777" w:rsidR="00CC6025" w:rsidRPr="00CC6025" w:rsidRDefault="00CC6025" w:rsidP="00CC6025">
            <w:r w:rsidRPr="00CC6025">
              <w:t>Staff and volunteer coordinators have the intercultural competence and confidence to work with people from different cultural, linguistic or religious backgrounds</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6E62703E" w14:textId="77777777" w:rsidR="00CC6025" w:rsidRPr="00CC6025" w:rsidRDefault="00CC6025" w:rsidP="00CC6025">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5178E778" w14:textId="77777777" w:rsidR="00CC6025" w:rsidRPr="00CC6025" w:rsidRDefault="00CC6025" w:rsidP="00CC6025">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2654C4A1" w14:textId="77777777" w:rsidR="00CC6025" w:rsidRPr="00CC6025" w:rsidRDefault="00CC6025" w:rsidP="00CC6025">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1D082CC2" w14:textId="77777777" w:rsidR="00CC6025" w:rsidRPr="00CC6025" w:rsidRDefault="00CC6025" w:rsidP="00CC6025">
            <w:r w:rsidRPr="00CC6025">
              <w:rPr>
                <w:rFonts w:ascii="Segoe UI Symbol" w:hAnsi="Segoe UI Symbol" w:cs="Segoe UI Symbol"/>
              </w:rPr>
              <w:t>☐</w:t>
            </w:r>
          </w:p>
        </w:tc>
      </w:tr>
      <w:tr w:rsidR="00CC6025" w:rsidRPr="00CC6025" w14:paraId="379EB6EA" w14:textId="77777777">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545A411F" w14:textId="77777777" w:rsidR="00CC6025" w:rsidRPr="00CC6025" w:rsidRDefault="00CC6025" w:rsidP="00CC6025">
            <w:r w:rsidRPr="00CC6025">
              <w:t>Unwritten cultural norms and expectations (communication style, gender-mixed activities, religious practice, dietary needs) have been made explicit rather than assumed</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25812EFC"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67F44286"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20A90BBD" w14:textId="77777777" w:rsidR="00CC6025" w:rsidRPr="00CC6025" w:rsidRDefault="00CC6025" w:rsidP="00CC6025">
            <w:pPr>
              <w:rPr>
                <w:lang w:val="pt-PT"/>
              </w:rPr>
            </w:pPr>
            <w:r w:rsidRPr="00CC6025">
              <w:rPr>
                <w:rFonts w:ascii="Segoe UI Symbol" w:hAnsi="Segoe UI Symbol" w:cs="Segoe UI Symbol"/>
              </w:rPr>
              <w:t>☐</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vAlign w:val="center"/>
            <w:hideMark/>
          </w:tcPr>
          <w:p w14:paraId="10340B35" w14:textId="77777777" w:rsidR="00CC6025" w:rsidRPr="00CC6025" w:rsidRDefault="00CC6025" w:rsidP="00CC6025">
            <w:pPr>
              <w:rPr>
                <w:lang w:val="pt-PT"/>
              </w:rPr>
            </w:pPr>
            <w:r w:rsidRPr="00CC6025">
              <w:rPr>
                <w:rFonts w:ascii="Segoe UI Symbol" w:hAnsi="Segoe UI Symbol" w:cs="Segoe UI Symbol"/>
              </w:rPr>
              <w:t>☐</w:t>
            </w:r>
          </w:p>
        </w:tc>
      </w:tr>
    </w:tbl>
    <w:p w14:paraId="38E34832" w14:textId="77777777" w:rsidR="00CC6025" w:rsidRPr="00CC6025" w:rsidRDefault="00CC6025" w:rsidP="00CC6025"/>
    <w:p w14:paraId="4EB252AB" w14:textId="08C54726" w:rsidR="00D47ED2" w:rsidRPr="00B73C63" w:rsidRDefault="00CC6025" w:rsidP="00D47ED2">
      <w:pPr>
        <w:pStyle w:val="Ttulo1"/>
        <w:spacing w:before="0" w:after="60"/>
        <w:rPr>
          <w:rFonts w:ascii="Aptos" w:hAnsi="Aptos"/>
        </w:rPr>
      </w:pPr>
      <w:r>
        <w:rPr>
          <w:rFonts w:ascii="Aptos" w:eastAsia="Arial" w:hAnsi="Aptos"/>
        </w:rPr>
        <w:t>E. Inclusion and accessibility</w:t>
      </w:r>
    </w:p>
    <w:p w14:paraId="2A1A3F8A" w14:textId="77777777" w:rsidR="00D47ED2" w:rsidRPr="00A52CF7" w:rsidRDefault="00D47ED2" w:rsidP="00D47ED2">
      <w:pPr>
        <w:pStyle w:val="Listacommarcas"/>
        <w:spacing w:after="60"/>
        <w:rPr>
          <w:rFonts w:ascii="Aptos" w:hAnsi="Aptos"/>
          <w:sz w:val="16"/>
          <w:szCs w:val="16"/>
        </w:rPr>
      </w:pPr>
      <w:r w:rsidRPr="00B73C63">
        <w:rPr>
          <w:rFonts w:ascii="Aptos" w:eastAsia="Arial" w:hAnsi="Aptos"/>
          <w:sz w:val="16"/>
          <w:szCs w:val="16"/>
        </w:rPr>
        <w:t>Physical access: entrances, toilets, circulation, workspaces and breaks.</w:t>
      </w:r>
    </w:p>
    <w:p w14:paraId="4C046DAB" w14:textId="77777777" w:rsidR="00D47ED2" w:rsidRPr="00A52CF7" w:rsidRDefault="00D47ED2" w:rsidP="00D47ED2">
      <w:pPr>
        <w:pStyle w:val="Listacommarcas"/>
        <w:spacing w:after="60"/>
        <w:rPr>
          <w:rFonts w:ascii="Aptos" w:hAnsi="Aptos"/>
          <w:sz w:val="16"/>
          <w:szCs w:val="16"/>
        </w:rPr>
      </w:pPr>
      <w:r w:rsidRPr="00B73C63">
        <w:rPr>
          <w:rFonts w:ascii="Aptos" w:eastAsia="Arial" w:hAnsi="Aptos"/>
          <w:sz w:val="16"/>
          <w:szCs w:val="16"/>
        </w:rPr>
        <w:t>Digital access: email, forms, platforms, file sharing, and assistive technology support.</w:t>
      </w:r>
    </w:p>
    <w:p w14:paraId="60F01F79" w14:textId="77777777" w:rsidR="00D47ED2" w:rsidRPr="00A52CF7" w:rsidRDefault="00D47ED2" w:rsidP="00D47ED2">
      <w:pPr>
        <w:pStyle w:val="Listacommarcas"/>
        <w:spacing w:after="60"/>
        <w:rPr>
          <w:rFonts w:ascii="Aptos" w:hAnsi="Aptos"/>
          <w:sz w:val="16"/>
          <w:szCs w:val="16"/>
        </w:rPr>
      </w:pPr>
      <w:r w:rsidRPr="00B73C63">
        <w:rPr>
          <w:rFonts w:ascii="Aptos" w:eastAsia="Arial" w:hAnsi="Aptos"/>
          <w:sz w:val="16"/>
          <w:szCs w:val="16"/>
        </w:rPr>
        <w:t>Language and communication: simple language, alternative formats and bilingual support when needed.</w:t>
      </w:r>
    </w:p>
    <w:p w14:paraId="76F44370" w14:textId="77777777" w:rsidR="00D47ED2" w:rsidRPr="00A52CF7" w:rsidRDefault="00D47ED2" w:rsidP="00D47ED2">
      <w:pPr>
        <w:pStyle w:val="Listacommarcas"/>
        <w:spacing w:after="60"/>
        <w:rPr>
          <w:rFonts w:ascii="Aptos" w:hAnsi="Aptos"/>
          <w:sz w:val="16"/>
          <w:szCs w:val="16"/>
        </w:rPr>
      </w:pPr>
      <w:r w:rsidRPr="00B73C63">
        <w:rPr>
          <w:rFonts w:ascii="Aptos" w:eastAsia="Arial" w:hAnsi="Aptos"/>
          <w:sz w:val="16"/>
          <w:szCs w:val="16"/>
        </w:rPr>
        <w:t>Emotional and relational support: appointed contact person, predictable supervision and secure feedback channels.</w:t>
      </w:r>
    </w:p>
    <w:p w14:paraId="13CC21C4" w14:textId="77777777" w:rsidR="00D47ED2" w:rsidRPr="00A52CF7" w:rsidRDefault="00D47ED2" w:rsidP="00D47ED2">
      <w:pPr>
        <w:pStyle w:val="Listacommarcas"/>
        <w:spacing w:after="60"/>
        <w:rPr>
          <w:rFonts w:ascii="Aptos" w:hAnsi="Aptos"/>
          <w:sz w:val="16"/>
          <w:szCs w:val="16"/>
        </w:rPr>
      </w:pPr>
      <w:r w:rsidRPr="00B73C63">
        <w:rPr>
          <w:rFonts w:ascii="Aptos" w:eastAsia="Arial" w:hAnsi="Aptos"/>
          <w:sz w:val="16"/>
          <w:szCs w:val="16"/>
        </w:rPr>
        <w:t>Availability and flexibility: short shifts, shared tasks, flexible schedules or remote option when appropriate.</w:t>
      </w:r>
    </w:p>
    <w:p w14:paraId="19381C45" w14:textId="77777777" w:rsidR="00D47ED2" w:rsidRPr="00A52CF7" w:rsidRDefault="00D47ED2" w:rsidP="00D47ED2">
      <w:pPr>
        <w:pStyle w:val="Listacommarcas"/>
        <w:spacing w:after="60"/>
        <w:rPr>
          <w:rFonts w:ascii="Aptos" w:hAnsi="Aptos"/>
          <w:sz w:val="16"/>
          <w:szCs w:val="16"/>
        </w:rPr>
      </w:pPr>
      <w:r w:rsidRPr="00B73C63">
        <w:rPr>
          <w:rFonts w:ascii="Aptos" w:eastAsia="Arial" w:hAnsi="Aptos"/>
          <w:sz w:val="16"/>
          <w:szCs w:val="16"/>
        </w:rPr>
        <w:t>Volunteers with fewer opportunities: financial, transportation, health, literacy or family care barriers.</w:t>
      </w:r>
    </w:p>
    <w:p w14:paraId="2663D2E1" w14:textId="1C1CAD4A" w:rsidR="00662CA9" w:rsidRPr="00B73C63" w:rsidRDefault="00654685">
      <w:pPr>
        <w:pStyle w:val="Ttulo1"/>
        <w:spacing w:before="0" w:after="60"/>
        <w:rPr>
          <w:rFonts w:ascii="Aptos" w:hAnsi="Aptos"/>
        </w:rPr>
      </w:pPr>
      <w:r w:rsidRPr="00B73C63">
        <w:rPr>
          <w:rFonts w:ascii="Aptos" w:eastAsia="Arial" w:hAnsi="Aptos"/>
        </w:rPr>
        <w:t>F. Final decision</w:t>
      </w:r>
    </w:p>
    <w:p w14:paraId="5E9DC7B8" w14:textId="77777777" w:rsidR="00662CA9" w:rsidRPr="00A52CF7" w:rsidRDefault="00654685">
      <w:pPr>
        <w:pStyle w:val="Listacommarcas"/>
        <w:spacing w:after="60"/>
        <w:rPr>
          <w:rFonts w:ascii="Aptos" w:hAnsi="Aptos"/>
          <w:sz w:val="16"/>
          <w:szCs w:val="16"/>
        </w:rPr>
      </w:pPr>
      <w:r w:rsidRPr="00B73C63">
        <w:rPr>
          <w:rFonts w:ascii="Aptos" w:eastAsia="Arial" w:hAnsi="Aptos"/>
          <w:sz w:val="16"/>
          <w:szCs w:val="16"/>
        </w:rPr>
        <w:t>Strong readiness: The organization can move forward and refine details.</w:t>
      </w:r>
    </w:p>
    <w:p w14:paraId="6603D0B5" w14:textId="77777777" w:rsidR="00662CA9" w:rsidRPr="00A52CF7" w:rsidRDefault="00654685">
      <w:pPr>
        <w:pStyle w:val="Listacommarcas"/>
        <w:spacing w:after="60"/>
        <w:rPr>
          <w:rFonts w:ascii="Aptos" w:hAnsi="Aptos"/>
          <w:sz w:val="16"/>
          <w:szCs w:val="16"/>
        </w:rPr>
      </w:pPr>
      <w:r w:rsidRPr="00B73C63">
        <w:rPr>
          <w:rFonts w:ascii="Aptos" w:eastAsia="Arial" w:hAnsi="Aptos"/>
          <w:sz w:val="16"/>
          <w:szCs w:val="16"/>
        </w:rPr>
        <w:t>Moderate readiness: move forward only after addressing 2 to 3 priority gaps.</w:t>
      </w:r>
    </w:p>
    <w:p w14:paraId="3B6A9B0D" w14:textId="77777777" w:rsidR="00662CA9" w:rsidRPr="00A52CF7" w:rsidRDefault="00654685">
      <w:pPr>
        <w:pStyle w:val="Listacommarcas"/>
        <w:spacing w:after="60"/>
        <w:rPr>
          <w:rFonts w:ascii="Aptos" w:hAnsi="Aptos"/>
          <w:sz w:val="16"/>
          <w:szCs w:val="16"/>
        </w:rPr>
      </w:pPr>
      <w:r w:rsidRPr="00B73C63">
        <w:rPr>
          <w:rFonts w:ascii="Aptos" w:eastAsia="Arial" w:hAnsi="Aptos"/>
          <w:sz w:val="16"/>
          <w:szCs w:val="16"/>
        </w:rPr>
        <w:t>Initial phase: start with a small and supervised pilot.</w:t>
      </w:r>
    </w:p>
    <w:p w14:paraId="4CFABC1A" w14:textId="77777777" w:rsidR="00E7520C" w:rsidRPr="00A52CF7" w:rsidRDefault="00E7520C">
      <w:pPr>
        <w:spacing w:after="60"/>
        <w:rPr>
          <w:rFonts w:ascii="Aptos" w:eastAsia="Arial" w:hAnsi="Aptos"/>
          <w:sz w:val="16"/>
          <w:szCs w:val="16"/>
        </w:rPr>
      </w:pPr>
    </w:p>
    <w:p w14:paraId="03CB1FC3" w14:textId="22A5C81D" w:rsidR="00662CA9" w:rsidRPr="00B73C63" w:rsidRDefault="00654685">
      <w:pPr>
        <w:spacing w:after="60"/>
        <w:rPr>
          <w:rFonts w:ascii="Aptos" w:hAnsi="Aptos"/>
          <w:sz w:val="16"/>
          <w:szCs w:val="16"/>
          <w:lang w:val="pt-PT"/>
        </w:rPr>
      </w:pPr>
      <w:r w:rsidRPr="00B73C63">
        <w:rPr>
          <w:rFonts w:ascii="Aptos" w:eastAsia="Arial" w:hAnsi="Aptos"/>
          <w:sz w:val="16"/>
          <w:szCs w:val="16"/>
        </w:rPr>
        <w:t>Team decision: ________________________________________________</w:t>
      </w:r>
    </w:p>
    <w:p w14:paraId="4083C66C" w14:textId="77777777" w:rsidR="00E7520C" w:rsidRPr="00B73C63" w:rsidRDefault="00E7520C">
      <w:pPr>
        <w:spacing w:after="60"/>
        <w:rPr>
          <w:rFonts w:ascii="Aptos" w:eastAsia="Arial" w:hAnsi="Aptos"/>
          <w:sz w:val="16"/>
          <w:szCs w:val="16"/>
          <w:lang w:val="pt-PT"/>
        </w:rPr>
      </w:pPr>
    </w:p>
    <w:p w14:paraId="228E2DBF" w14:textId="4A0F1ACB" w:rsidR="00662CA9" w:rsidRPr="00B73C63" w:rsidRDefault="00654685">
      <w:pPr>
        <w:spacing w:after="60"/>
        <w:rPr>
          <w:rFonts w:ascii="Aptos" w:eastAsia="Arial" w:hAnsi="Aptos"/>
          <w:sz w:val="16"/>
          <w:szCs w:val="16"/>
          <w:lang w:val="pt-PT"/>
        </w:rPr>
      </w:pPr>
      <w:r w:rsidRPr="00B73C63">
        <w:rPr>
          <w:rFonts w:ascii="Aptos" w:eastAsia="Arial" w:hAnsi="Aptos"/>
          <w:sz w:val="16"/>
          <w:szCs w:val="16"/>
        </w:rPr>
        <w:t>Next steps: ___________________________________________________</w:t>
      </w:r>
    </w:p>
    <w:tbl>
      <w:tblPr>
        <w:tblStyle w:val="TabelacomGrelha"/>
        <w:tblW w:w="0" w:type="auto"/>
        <w:tblLook w:val="04A0" w:firstRow="1" w:lastRow="0" w:firstColumn="1" w:lastColumn="0" w:noHBand="0" w:noVBand="1"/>
      </w:tblPr>
      <w:tblGrid>
        <w:gridCol w:w="3168"/>
        <w:gridCol w:w="6480"/>
        <w:gridCol w:w="566"/>
      </w:tblGrid>
      <w:tr w:rsidR="0072568B" w:rsidRPr="00CC6025" w14:paraId="5DDBC313" w14:textId="77777777" w:rsidTr="00E40FDD">
        <w:tc>
          <w:tcPr>
            <w:tcW w:w="10214" w:type="dxa"/>
            <w:gridSpan w:val="3"/>
            <w:shd w:val="clear" w:color="auto" w:fill="F5F5F5"/>
            <w:vAlign w:val="center"/>
          </w:tcPr>
          <w:p w14:paraId="6048A481" w14:textId="77777777" w:rsidR="0072568B" w:rsidRPr="00B73C63" w:rsidRDefault="0072568B" w:rsidP="00E40FDD">
            <w:pPr>
              <w:rPr>
                <w:rFonts w:ascii="Aptos" w:hAnsi="Aptos"/>
                <w:sz w:val="16"/>
                <w:szCs w:val="16"/>
                <w:lang w:val="pt-PT"/>
              </w:rPr>
            </w:pPr>
          </w:p>
        </w:tc>
      </w:tr>
      <w:tr w:rsidR="0072568B" w:rsidRPr="00B73C63" w14:paraId="566E3A21" w14:textId="77777777" w:rsidTr="00E40FDD">
        <w:tblPrEx>
          <w:jc w:val="center"/>
        </w:tblPrEx>
        <w:trPr>
          <w:gridAfter w:val="1"/>
          <w:wAfter w:w="566" w:type="dxa"/>
          <w:jc w:val="center"/>
        </w:trPr>
        <w:tc>
          <w:tcPr>
            <w:tcW w:w="3168" w:type="dxa"/>
            <w:shd w:val="clear" w:color="auto" w:fill="D9EAF7"/>
            <w:vAlign w:val="center"/>
          </w:tcPr>
          <w:p w14:paraId="52D7A46A" w14:textId="77777777" w:rsidR="0072568B" w:rsidRPr="00B73C63" w:rsidRDefault="0072568B" w:rsidP="00E40FDD">
            <w:pPr>
              <w:rPr>
                <w:rFonts w:ascii="Aptos" w:hAnsi="Aptos"/>
                <w:sz w:val="16"/>
                <w:szCs w:val="16"/>
              </w:rPr>
            </w:pPr>
            <w:r w:rsidRPr="00B73C63">
              <w:rPr>
                <w:rFonts w:ascii="Aptos" w:eastAsia="Arial" w:hAnsi="Aptos"/>
                <w:b/>
                <w:sz w:val="16"/>
                <w:szCs w:val="16"/>
              </w:rPr>
              <w:t>Type of volunteering intended</w:t>
            </w:r>
          </w:p>
        </w:tc>
        <w:tc>
          <w:tcPr>
            <w:tcW w:w="6480" w:type="dxa"/>
            <w:vAlign w:val="center"/>
          </w:tcPr>
          <w:p w14:paraId="35CB61A8" w14:textId="77777777" w:rsidR="0072568B" w:rsidRPr="00B73C63" w:rsidRDefault="0072568B" w:rsidP="00E40FDD">
            <w:pPr>
              <w:rPr>
                <w:rFonts w:ascii="Aptos" w:hAnsi="Aptos"/>
                <w:sz w:val="16"/>
                <w:szCs w:val="16"/>
              </w:rPr>
            </w:pPr>
            <w:r w:rsidRPr="00B73C63">
              <w:rPr>
                <w:rFonts w:ascii="Aptos" w:eastAsia="Arial" w:hAnsi="Aptos"/>
                <w:sz w:val="16"/>
                <w:szCs w:val="16"/>
              </w:rPr>
              <w:t xml:space="preserve"> </w:t>
            </w:r>
          </w:p>
        </w:tc>
      </w:tr>
      <w:tr w:rsidR="0072568B" w:rsidRPr="00B73C63" w14:paraId="63670C98" w14:textId="77777777" w:rsidTr="00E40FDD">
        <w:tblPrEx>
          <w:jc w:val="center"/>
        </w:tblPrEx>
        <w:trPr>
          <w:gridAfter w:val="1"/>
          <w:wAfter w:w="566" w:type="dxa"/>
          <w:jc w:val="center"/>
        </w:trPr>
        <w:tc>
          <w:tcPr>
            <w:tcW w:w="3168" w:type="dxa"/>
            <w:shd w:val="clear" w:color="auto" w:fill="D9EAF7"/>
            <w:vAlign w:val="center"/>
          </w:tcPr>
          <w:p w14:paraId="5DB8E47F" w14:textId="77777777" w:rsidR="0072568B" w:rsidRPr="00B73C63" w:rsidRDefault="0072568B" w:rsidP="00E40FDD">
            <w:pPr>
              <w:rPr>
                <w:rFonts w:ascii="Aptos" w:hAnsi="Aptos"/>
                <w:sz w:val="16"/>
                <w:szCs w:val="16"/>
              </w:rPr>
            </w:pPr>
            <w:r w:rsidRPr="00B73C63">
              <w:rPr>
                <w:rFonts w:ascii="Aptos" w:eastAsia="Arial" w:hAnsi="Aptos"/>
                <w:b/>
                <w:sz w:val="16"/>
                <w:szCs w:val="16"/>
              </w:rPr>
              <w:t>Estimated number of volunteers</w:t>
            </w:r>
          </w:p>
        </w:tc>
        <w:tc>
          <w:tcPr>
            <w:tcW w:w="6480" w:type="dxa"/>
            <w:vAlign w:val="center"/>
          </w:tcPr>
          <w:p w14:paraId="1922B42E" w14:textId="77777777" w:rsidR="0072568B" w:rsidRPr="00B73C63" w:rsidRDefault="0072568B" w:rsidP="00E40FDD">
            <w:pPr>
              <w:rPr>
                <w:rFonts w:ascii="Aptos" w:hAnsi="Aptos"/>
                <w:sz w:val="16"/>
                <w:szCs w:val="16"/>
              </w:rPr>
            </w:pPr>
            <w:r w:rsidRPr="00B73C63">
              <w:rPr>
                <w:rFonts w:ascii="Aptos" w:eastAsia="Arial" w:hAnsi="Aptos"/>
                <w:sz w:val="16"/>
                <w:szCs w:val="16"/>
              </w:rPr>
              <w:t xml:space="preserve"> </w:t>
            </w:r>
          </w:p>
        </w:tc>
      </w:tr>
    </w:tbl>
    <w:p w14:paraId="61D2C655" w14:textId="77777777" w:rsidR="0072568B" w:rsidRPr="00B73C63" w:rsidRDefault="0072568B">
      <w:pPr>
        <w:spacing w:after="60"/>
        <w:rPr>
          <w:rFonts w:ascii="Aptos" w:eastAsia="Arial" w:hAnsi="Aptos"/>
          <w:lang w:val="pt-PT"/>
        </w:rPr>
      </w:pPr>
    </w:p>
    <w:tbl>
      <w:tblPr>
        <w:tblStyle w:val="TabelacomGrelha"/>
        <w:tblW w:w="0" w:type="auto"/>
        <w:tblLook w:val="04A0" w:firstRow="1" w:lastRow="0" w:firstColumn="1" w:lastColumn="0" w:noHBand="0" w:noVBand="1"/>
      </w:tblPr>
      <w:tblGrid>
        <w:gridCol w:w="10214"/>
      </w:tblGrid>
      <w:tr w:rsidR="0072568B" w:rsidRPr="00CC6025" w14:paraId="1FDBF8B3" w14:textId="77777777" w:rsidTr="00E40FDD">
        <w:tc>
          <w:tcPr>
            <w:tcW w:w="10214" w:type="dxa"/>
            <w:shd w:val="clear" w:color="auto" w:fill="F5F5F5"/>
            <w:vAlign w:val="center"/>
          </w:tcPr>
          <w:p w14:paraId="4628A202" w14:textId="4506FA1E" w:rsidR="0072568B" w:rsidRPr="00A52CF7" w:rsidRDefault="0072568B" w:rsidP="00E40FDD">
            <w:pPr>
              <w:rPr>
                <w:rFonts w:ascii="Aptos" w:hAnsi="Aptos"/>
                <w:sz w:val="16"/>
                <w:szCs w:val="16"/>
              </w:rPr>
            </w:pPr>
            <w:r w:rsidRPr="00B73C63">
              <w:rPr>
                <w:rFonts w:ascii="Aptos" w:eastAsia="Arial" w:hAnsi="Aptos"/>
                <w:sz w:val="16"/>
                <w:szCs w:val="16"/>
              </w:rPr>
              <w:t>Expected result: Develop a short, clear and ready-to-use Template module 1 Organizational Needs Profile for recruitment and correspondence.</w:t>
            </w:r>
          </w:p>
        </w:tc>
      </w:tr>
    </w:tbl>
    <w:p w14:paraId="6D2955FF" w14:textId="77777777" w:rsidR="00E7520C" w:rsidRPr="00A52CF7" w:rsidRDefault="00E7520C">
      <w:pPr>
        <w:spacing w:after="60"/>
        <w:rPr>
          <w:rFonts w:ascii="Aptos" w:eastAsia="Arial" w:hAnsi="Aptos"/>
        </w:rPr>
      </w:pPr>
    </w:p>
    <w:p w14:paraId="38E11D5F" w14:textId="77777777" w:rsidR="00E7520C" w:rsidRPr="00A52CF7" w:rsidRDefault="00E7520C">
      <w:pPr>
        <w:spacing w:after="60"/>
        <w:rPr>
          <w:rFonts w:ascii="Aptos" w:eastAsia="Arial" w:hAnsi="Aptos"/>
        </w:rPr>
      </w:pPr>
    </w:p>
    <w:p w14:paraId="75614841" w14:textId="77777777" w:rsidR="00E7520C" w:rsidRPr="00A52CF7" w:rsidRDefault="00E7520C">
      <w:pPr>
        <w:spacing w:after="60"/>
        <w:rPr>
          <w:rFonts w:ascii="Aptos" w:hAnsi="Aptos"/>
        </w:rPr>
      </w:pPr>
    </w:p>
    <w:p w14:paraId="1E6BDBED" w14:textId="3473CF6A" w:rsidR="00654685" w:rsidRPr="00A52CF7" w:rsidRDefault="00654685">
      <w:pPr>
        <w:rPr>
          <w:rFonts w:ascii="Aptos" w:hAnsi="Aptos"/>
          <w:sz w:val="16"/>
          <w:szCs w:val="16"/>
        </w:rPr>
      </w:pPr>
    </w:p>
    <w:sectPr w:rsidR="00654685" w:rsidRPr="00A52CF7" w:rsidSect="00CC6025">
      <w:pgSz w:w="12240" w:h="15840"/>
      <w:pgMar w:top="1008" w:right="1008" w:bottom="42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mmarc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mmarc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mmarcas"/>
      <w:lvlText w:val=""/>
      <w:lvlJc w:val="left"/>
      <w:pPr>
        <w:tabs>
          <w:tab w:val="num" w:pos="360"/>
        </w:tabs>
        <w:ind w:left="360" w:hanging="360"/>
      </w:pPr>
      <w:rPr>
        <w:rFonts w:ascii="Symbol" w:hAnsi="Symbol" w:hint="default"/>
      </w:rPr>
    </w:lvl>
  </w:abstractNum>
  <w:num w:numId="1" w16cid:durableId="1747990713">
    <w:abstractNumId w:val="8"/>
  </w:num>
  <w:num w:numId="2" w16cid:durableId="72896144">
    <w:abstractNumId w:val="6"/>
  </w:num>
  <w:num w:numId="3" w16cid:durableId="157890016">
    <w:abstractNumId w:val="5"/>
  </w:num>
  <w:num w:numId="4" w16cid:durableId="633486011">
    <w:abstractNumId w:val="4"/>
  </w:num>
  <w:num w:numId="5" w16cid:durableId="1731034661">
    <w:abstractNumId w:val="7"/>
  </w:num>
  <w:num w:numId="6" w16cid:durableId="1596943264">
    <w:abstractNumId w:val="3"/>
  </w:num>
  <w:num w:numId="7" w16cid:durableId="2034990056">
    <w:abstractNumId w:val="2"/>
  </w:num>
  <w:num w:numId="8" w16cid:durableId="1346663522">
    <w:abstractNumId w:val="1"/>
  </w:num>
  <w:num w:numId="9" w16cid:durableId="2052419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645"/>
    <w:rsid w:val="0006063C"/>
    <w:rsid w:val="0015074B"/>
    <w:rsid w:val="001750D8"/>
    <w:rsid w:val="0029639D"/>
    <w:rsid w:val="00326F90"/>
    <w:rsid w:val="003C1102"/>
    <w:rsid w:val="003C26DD"/>
    <w:rsid w:val="00410D3A"/>
    <w:rsid w:val="00420F0C"/>
    <w:rsid w:val="00445278"/>
    <w:rsid w:val="00654685"/>
    <w:rsid w:val="00662CA9"/>
    <w:rsid w:val="006F737C"/>
    <w:rsid w:val="0072568B"/>
    <w:rsid w:val="00792C51"/>
    <w:rsid w:val="00A52CF7"/>
    <w:rsid w:val="00AA1D8D"/>
    <w:rsid w:val="00B47730"/>
    <w:rsid w:val="00B73C63"/>
    <w:rsid w:val="00B8574F"/>
    <w:rsid w:val="00BA7A2D"/>
    <w:rsid w:val="00CB0664"/>
    <w:rsid w:val="00CC2FD0"/>
    <w:rsid w:val="00CC6025"/>
    <w:rsid w:val="00D1157B"/>
    <w:rsid w:val="00D128AE"/>
    <w:rsid w:val="00D47ED2"/>
    <w:rsid w:val="00E23629"/>
    <w:rsid w:val="00E7520C"/>
    <w:rsid w:val="00ED088E"/>
    <w:rsid w:val="00ED263F"/>
    <w:rsid w:val="00FA51C7"/>
    <w:rsid w:val="00FB2A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6ADEAB"/>
  <w14:defaultImageDpi w14:val="300"/>
  <w15:docId w15:val="{A5EBCF30-AAD2-4D7A-A28D-0462E5A07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Ttulo1">
    <w:name w:val="heading 1"/>
    <w:basedOn w:val="Normal"/>
    <w:next w:val="Normal"/>
    <w:link w:val="Ttulo1Car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E618BF"/>
    <w:pPr>
      <w:tabs>
        <w:tab w:val="center" w:pos="4680"/>
        <w:tab w:val="right" w:pos="9360"/>
      </w:tabs>
      <w:spacing w:after="0" w:line="240" w:lineRule="auto"/>
    </w:pPr>
  </w:style>
  <w:style w:type="character" w:customStyle="1" w:styleId="CabealhoCarter">
    <w:name w:val="Cabeçalho Caráter"/>
    <w:basedOn w:val="Tipodeletrapredefinidodopargrafo"/>
    <w:link w:val="Cabealho"/>
    <w:uiPriority w:val="99"/>
    <w:rsid w:val="00E618BF"/>
  </w:style>
  <w:style w:type="paragraph" w:styleId="Rodap">
    <w:name w:val="footer"/>
    <w:basedOn w:val="Normal"/>
    <w:link w:val="RodapCarter"/>
    <w:uiPriority w:val="99"/>
    <w:unhideWhenUsed/>
    <w:rsid w:val="00E618BF"/>
    <w:pPr>
      <w:tabs>
        <w:tab w:val="center" w:pos="4680"/>
        <w:tab w:val="right" w:pos="9360"/>
      </w:tabs>
      <w:spacing w:after="0" w:line="240" w:lineRule="auto"/>
    </w:pPr>
  </w:style>
  <w:style w:type="character" w:customStyle="1" w:styleId="RodapCarter">
    <w:name w:val="Rodapé Caráter"/>
    <w:basedOn w:val="Tipodeletrapredefinidodopargraf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arter">
    <w:name w:val="Título 1 Caráter"/>
    <w:basedOn w:val="Tipodeletrapredefinidodopargraf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ter">
    <w:name w:val="Título 2 Caráter"/>
    <w:basedOn w:val="Tipodeletrapredefinidodopargraf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ter">
    <w:name w:val="Título 3 Caráter"/>
    <w:basedOn w:val="Tipodeletrapredefinidodopargraf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ter">
    <w:name w:val="Título Caráter"/>
    <w:basedOn w:val="Tipodeletrapredefinidodopargraf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ter">
    <w:name w:val="Subtítulo Caráter"/>
    <w:basedOn w:val="Tipodeletrapredefinidodopargraf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arter"/>
    <w:uiPriority w:val="99"/>
    <w:unhideWhenUsed/>
    <w:rsid w:val="00AA1D8D"/>
    <w:pPr>
      <w:spacing w:after="120"/>
    </w:pPr>
  </w:style>
  <w:style w:type="character" w:customStyle="1" w:styleId="CorpodetextoCarter">
    <w:name w:val="Corpo de texto Caráter"/>
    <w:basedOn w:val="Tipodeletrapredefinidodopargrafo"/>
    <w:link w:val="Corpodetexto"/>
    <w:uiPriority w:val="99"/>
    <w:rsid w:val="00AA1D8D"/>
  </w:style>
  <w:style w:type="paragraph" w:styleId="Corpodetexto2">
    <w:name w:val="Body Text 2"/>
    <w:basedOn w:val="Normal"/>
    <w:link w:val="Corpodetexto2Carter"/>
    <w:uiPriority w:val="99"/>
    <w:unhideWhenUsed/>
    <w:rsid w:val="00AA1D8D"/>
    <w:pPr>
      <w:spacing w:after="120" w:line="480" w:lineRule="auto"/>
    </w:pPr>
  </w:style>
  <w:style w:type="character" w:customStyle="1" w:styleId="Corpodetexto2Carter">
    <w:name w:val="Corpo de texto 2 Caráter"/>
    <w:basedOn w:val="Tipodeletrapredefinidodopargrafo"/>
    <w:link w:val="Corpodetexto2"/>
    <w:uiPriority w:val="99"/>
    <w:rsid w:val="00AA1D8D"/>
  </w:style>
  <w:style w:type="paragraph" w:styleId="Corpodetexto3">
    <w:name w:val="Body Text 3"/>
    <w:basedOn w:val="Normal"/>
    <w:link w:val="Corpodetexto3Carter"/>
    <w:uiPriority w:val="99"/>
    <w:unhideWhenUsed/>
    <w:rsid w:val="00AA1D8D"/>
    <w:pPr>
      <w:spacing w:after="120"/>
    </w:pPr>
    <w:rPr>
      <w:sz w:val="16"/>
      <w:szCs w:val="16"/>
    </w:rPr>
  </w:style>
  <w:style w:type="character" w:customStyle="1" w:styleId="Corpodetexto3Carter">
    <w:name w:val="Corpo de texto 3 Caráter"/>
    <w:basedOn w:val="Tipodeletrapredefinidodopargraf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mmarcas">
    <w:name w:val="List Bullet"/>
    <w:basedOn w:val="Normal"/>
    <w:uiPriority w:val="99"/>
    <w:unhideWhenUsed/>
    <w:rsid w:val="00326F90"/>
    <w:pPr>
      <w:numPr>
        <w:numId w:val="1"/>
      </w:numPr>
      <w:contextualSpacing/>
    </w:pPr>
  </w:style>
  <w:style w:type="paragraph" w:styleId="Listacommarcas2">
    <w:name w:val="List Bullet 2"/>
    <w:basedOn w:val="Normal"/>
    <w:uiPriority w:val="99"/>
    <w:unhideWhenUsed/>
    <w:rsid w:val="00326F90"/>
    <w:pPr>
      <w:numPr>
        <w:numId w:val="2"/>
      </w:numPr>
      <w:contextualSpacing/>
    </w:pPr>
  </w:style>
  <w:style w:type="paragraph" w:styleId="Listacommarcas3">
    <w:name w:val="List Bullet 3"/>
    <w:basedOn w:val="Normal"/>
    <w:uiPriority w:val="99"/>
    <w:unhideWhenUsed/>
    <w:rsid w:val="00326F90"/>
    <w:pPr>
      <w:numPr>
        <w:numId w:val="3"/>
      </w:numPr>
      <w:contextualSpacing/>
    </w:pPr>
  </w:style>
  <w:style w:type="paragraph" w:styleId="Listanumerada">
    <w:name w:val="List Number"/>
    <w:basedOn w:val="Normal"/>
    <w:uiPriority w:val="99"/>
    <w:unhideWhenUsed/>
    <w:rsid w:val="00326F90"/>
    <w:pPr>
      <w:numPr>
        <w:numId w:val="5"/>
      </w:numPr>
      <w:contextualSpacing/>
    </w:pPr>
  </w:style>
  <w:style w:type="paragraph" w:styleId="Listanumerada2">
    <w:name w:val="List Number 2"/>
    <w:basedOn w:val="Normal"/>
    <w:uiPriority w:val="99"/>
    <w:unhideWhenUsed/>
    <w:rsid w:val="0029639D"/>
    <w:pPr>
      <w:numPr>
        <w:numId w:val="6"/>
      </w:numPr>
      <w:contextualSpacing/>
    </w:pPr>
  </w:style>
  <w:style w:type="paragraph" w:styleId="Listanumerada3">
    <w:name w:val="List Number 3"/>
    <w:basedOn w:val="Normal"/>
    <w:uiPriority w:val="99"/>
    <w:unhideWhenUsed/>
    <w:rsid w:val="0029639D"/>
    <w:pPr>
      <w:numPr>
        <w:numId w:val="7"/>
      </w:numPr>
      <w:contextualSpacing/>
    </w:pPr>
  </w:style>
  <w:style w:type="paragraph" w:styleId="Listadecont">
    <w:name w:val="List Continue"/>
    <w:basedOn w:val="Normal"/>
    <w:uiPriority w:val="99"/>
    <w:unhideWhenUsed/>
    <w:rsid w:val="0029639D"/>
    <w:pPr>
      <w:spacing w:after="120"/>
      <w:ind w:left="360"/>
      <w:contextualSpacing/>
    </w:pPr>
  </w:style>
  <w:style w:type="paragraph" w:styleId="Listadecont2">
    <w:name w:val="List Continue 2"/>
    <w:basedOn w:val="Normal"/>
    <w:uiPriority w:val="99"/>
    <w:unhideWhenUsed/>
    <w:rsid w:val="0029639D"/>
    <w:pPr>
      <w:spacing w:after="120"/>
      <w:ind w:left="720"/>
      <w:contextualSpacing/>
    </w:pPr>
  </w:style>
  <w:style w:type="paragraph" w:styleId="Listadecont3">
    <w:name w:val="List Continue 3"/>
    <w:basedOn w:val="Normal"/>
    <w:uiPriority w:val="99"/>
    <w:unhideWhenUsed/>
    <w:rsid w:val="0029639D"/>
    <w:pPr>
      <w:spacing w:after="120"/>
      <w:ind w:left="1080"/>
      <w:contextualSpacing/>
    </w:pPr>
  </w:style>
  <w:style w:type="paragraph" w:styleId="Textodemacro">
    <w:name w:val="macro"/>
    <w:link w:val="TextodemacroCar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arter">
    <w:name w:val="Texto de macro Caráter"/>
    <w:basedOn w:val="Tipodeletrapredefinidodopargrafo"/>
    <w:link w:val="Textodemacro"/>
    <w:uiPriority w:val="99"/>
    <w:rsid w:val="0029639D"/>
    <w:rPr>
      <w:rFonts w:ascii="Courier" w:hAnsi="Courier"/>
      <w:sz w:val="20"/>
      <w:szCs w:val="20"/>
    </w:rPr>
  </w:style>
  <w:style w:type="paragraph" w:styleId="Citao">
    <w:name w:val="Quote"/>
    <w:basedOn w:val="Normal"/>
    <w:next w:val="Normal"/>
    <w:link w:val="CitaoCarter"/>
    <w:uiPriority w:val="29"/>
    <w:qFormat/>
    <w:rsid w:val="00FC693F"/>
    <w:rPr>
      <w:i/>
      <w:iCs/>
      <w:color w:val="000000" w:themeColor="text1"/>
    </w:rPr>
  </w:style>
  <w:style w:type="character" w:customStyle="1" w:styleId="CitaoCarter">
    <w:name w:val="Citação Caráter"/>
    <w:basedOn w:val="Tipodeletrapredefinidodopargrafo"/>
    <w:link w:val="Citao"/>
    <w:uiPriority w:val="29"/>
    <w:rsid w:val="00FC693F"/>
    <w:rPr>
      <w:i/>
      <w:iCs/>
      <w:color w:val="000000" w:themeColor="text1"/>
    </w:rPr>
  </w:style>
  <w:style w:type="character" w:customStyle="1" w:styleId="Ttulo4Carter">
    <w:name w:val="Título 4 Caráter"/>
    <w:basedOn w:val="Tipodeletrapredefinidodopargraf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ter">
    <w:name w:val="Título 5 Caráter"/>
    <w:basedOn w:val="Tipodeletrapredefinidodopargraf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ter">
    <w:name w:val="Título 6 Caráter"/>
    <w:basedOn w:val="Tipodeletrapredefinidodopargraf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ter">
    <w:name w:val="Título 7 Caráter"/>
    <w:basedOn w:val="Tipodeletrapredefinidodopargraf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ter">
    <w:name w:val="Título 9 Caráter"/>
    <w:basedOn w:val="Tipodeletrapredefinidodopargraf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Tipodeletrapredefinidodopargrafo"/>
    <w:uiPriority w:val="22"/>
    <w:qFormat/>
    <w:rsid w:val="00FC693F"/>
    <w:rPr>
      <w:b/>
      <w:bCs/>
    </w:rPr>
  </w:style>
  <w:style w:type="character" w:styleId="nfase">
    <w:name w:val="Emphasis"/>
    <w:basedOn w:val="Tipodeletrapredefinidodopargrafo"/>
    <w:uiPriority w:val="20"/>
    <w:qFormat/>
    <w:rsid w:val="00FC693F"/>
    <w:rPr>
      <w:i/>
      <w:iCs/>
    </w:rPr>
  </w:style>
  <w:style w:type="paragraph" w:styleId="CitaoIntensa">
    <w:name w:val="Intense Quote"/>
    <w:basedOn w:val="Normal"/>
    <w:next w:val="Normal"/>
    <w:link w:val="CitaoIntensaCar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arter">
    <w:name w:val="Citação Intensa Caráter"/>
    <w:basedOn w:val="Tipodeletrapredefinidodopargrafo"/>
    <w:link w:val="CitaoIntensa"/>
    <w:uiPriority w:val="30"/>
    <w:rsid w:val="00FC693F"/>
    <w:rPr>
      <w:b/>
      <w:bCs/>
      <w:i/>
      <w:iCs/>
      <w:color w:val="4F81BD" w:themeColor="accent1"/>
    </w:rPr>
  </w:style>
  <w:style w:type="character" w:styleId="nfaseDiscreta">
    <w:name w:val="Subtle Emphasis"/>
    <w:basedOn w:val="Tipodeletrapredefinidodopargrafo"/>
    <w:uiPriority w:val="19"/>
    <w:qFormat/>
    <w:rsid w:val="00FC693F"/>
    <w:rPr>
      <w:i/>
      <w:iCs/>
      <w:color w:val="808080" w:themeColor="text1" w:themeTint="7F"/>
    </w:rPr>
  </w:style>
  <w:style w:type="character" w:styleId="nfaseIntensa">
    <w:name w:val="Intense Emphasis"/>
    <w:basedOn w:val="Tipodeletrapredefinidodopargrafo"/>
    <w:uiPriority w:val="21"/>
    <w:qFormat/>
    <w:rsid w:val="00FC693F"/>
    <w:rPr>
      <w:b/>
      <w:bCs/>
      <w:i/>
      <w:iCs/>
      <w:color w:val="4F81BD" w:themeColor="accent1"/>
    </w:rPr>
  </w:style>
  <w:style w:type="character" w:styleId="RefernciaDiscreta">
    <w:name w:val="Subtle Reference"/>
    <w:basedOn w:val="Tipodeletrapredefinidodopargrafo"/>
    <w:uiPriority w:val="31"/>
    <w:qFormat/>
    <w:rsid w:val="00FC693F"/>
    <w:rPr>
      <w:smallCaps/>
      <w:color w:val="C0504D" w:themeColor="accent2"/>
      <w:u w:val="single"/>
    </w:rPr>
  </w:style>
  <w:style w:type="character" w:styleId="RefernciaIntensa">
    <w:name w:val="Intense Reference"/>
    <w:basedOn w:val="Tipodeletrapredefinidodopargrafo"/>
    <w:uiPriority w:val="32"/>
    <w:qFormat/>
    <w:rsid w:val="00FC693F"/>
    <w:rPr>
      <w:b/>
      <w:bCs/>
      <w:smallCaps/>
      <w:color w:val="C0504D" w:themeColor="accent2"/>
      <w:spacing w:val="5"/>
      <w:u w:val="single"/>
    </w:rPr>
  </w:style>
  <w:style w:type="character" w:styleId="TtulodoLivro">
    <w:name w:val="Book Title"/>
    <w:basedOn w:val="Tipodeletrapredefinidodopargrafo"/>
    <w:uiPriority w:val="33"/>
    <w:qFormat/>
    <w:rsid w:val="00FC693F"/>
    <w:rPr>
      <w:b/>
      <w:bCs/>
      <w:smallCaps/>
      <w:spacing w:val="5"/>
    </w:rPr>
  </w:style>
  <w:style w:type="paragraph" w:styleId="Cabealhodondice">
    <w:name w:val="TOC Heading"/>
    <w:basedOn w:val="Ttulo1"/>
    <w:next w:val="Normal"/>
    <w:uiPriority w:val="39"/>
    <w:semiHidden/>
    <w:unhideWhenUsed/>
    <w:qFormat/>
    <w:rsid w:val="00FC693F"/>
    <w:pPr>
      <w:outlineLvl w:val="9"/>
    </w:pPr>
  </w:style>
  <w:style w:type="table" w:styleId="TabelacomGrelha">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Cor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Cor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Cor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Cor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Cor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Cor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Cor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Cor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Cor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Cor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Cor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Cor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elha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elhaClara-Cor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elhaClara-Cor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elhaClara-Cor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elhaClara-Cor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elhaClara-Cor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elhaClara-Cor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dio1-Cor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dio1-Cor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dio1-Cor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dio1-Cor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dio1-Cor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dio1-Cor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Cor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Cor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Cor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Cor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Cor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Cor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elha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Mdia1-Cor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elhaMdia1-Cor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elhaMdia1-Cor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elhaMdia1-Cor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elhaMdia1-Cor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elhaMdia1-Cor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elha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elhaMdia2-Cor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elhaMdia2-Cor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elhaMdia2-Cor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elhaMdia2-Cor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elhaMdia2-Cor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elhaMdia2-Cor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elha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elhaMdia3-Cor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elhaMdia3-Cor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elhaMdia3-Cor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elhaMdia3-Cor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elhaMdia3-Cor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elhaMdia3-Cor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Cor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Cor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Cor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Cor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Cor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Cor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Colorido-Cor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Colorido-Cor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Colorido-Cor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Colorido-Cor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Colorido-Cor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Colorido-Cor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Cor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Cor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Cor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Cor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Cor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Cor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elha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Colorida-Cor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elhaColorida-Cor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elhaColorida-Cor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elhaColorida-Cor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elhaColorida-Cor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elhaColorida-Cor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TextodoMarcadordePosio">
    <w:name w:val="Placeholder Text"/>
    <w:basedOn w:val="Tipodeletrapredefinidodopargrafo"/>
    <w:uiPriority w:val="99"/>
    <w:semiHidden/>
    <w:rsid w:val="00A52CF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764</Words>
  <Characters>4131</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4886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Jorge Matias</cp:lastModifiedBy>
  <cp:revision>1</cp:revision>
  <dcterms:created xsi:type="dcterms:W3CDTF">2026-07-31T13:31:00Z</dcterms:created>
  <dcterms:modified xsi:type="dcterms:W3CDTF">2026-08-07T14:31:00Z</dcterms:modified>
  <cp:category/>
</cp:coreProperties>
</file>